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AADF6" w14:textId="5C671A77" w:rsidR="00D604C7" w:rsidRPr="006950EC" w:rsidRDefault="00304638" w:rsidP="006950EC">
      <w:pPr>
        <w:pStyle w:val="aa"/>
        <w:spacing w:after="0"/>
        <w:jc w:val="center"/>
        <w:rPr>
          <w:rFonts w:ascii="微軟正黑體" w:eastAsia="微軟正黑體" w:hAnsi="微軟正黑體"/>
          <w:sz w:val="36"/>
          <w:szCs w:val="36"/>
          <w:lang w:eastAsia="zh-TW"/>
        </w:rPr>
      </w:pPr>
      <w:r w:rsidRPr="006950EC">
        <w:rPr>
          <w:rFonts w:ascii="微軟正黑體" w:eastAsia="微軟正黑體" w:hAnsi="微軟正黑體"/>
          <w:sz w:val="36"/>
          <w:szCs w:val="36"/>
          <w:lang w:eastAsia="zh-TW"/>
        </w:rPr>
        <w:t>牙體技術師術科考試</w:t>
      </w:r>
      <w:r w:rsidR="006950EC" w:rsidRPr="006950EC">
        <w:rPr>
          <w:rFonts w:ascii="微軟正黑體" w:eastAsia="微軟正黑體" w:hAnsi="微軟正黑體" w:hint="eastAsia"/>
          <w:sz w:val="36"/>
          <w:szCs w:val="36"/>
          <w:lang w:eastAsia="zh-TW"/>
        </w:rPr>
        <w:t>-</w:t>
      </w:r>
      <w:r w:rsidRPr="006950EC">
        <w:rPr>
          <w:rFonts w:ascii="微軟正黑體" w:eastAsia="微軟正黑體" w:hAnsi="微軟正黑體"/>
          <w:sz w:val="36"/>
          <w:szCs w:val="36"/>
          <w:lang w:eastAsia="zh-TW"/>
        </w:rPr>
        <w:t>石膏棒牙齒雕刻</w:t>
      </w:r>
      <w:r w:rsidR="006950EC" w:rsidRPr="006950EC">
        <w:rPr>
          <w:rFonts w:ascii="微軟正黑體" w:eastAsia="微軟正黑體" w:hAnsi="微軟正黑體" w:hint="eastAsia"/>
          <w:sz w:val="36"/>
          <w:szCs w:val="36"/>
          <w:lang w:eastAsia="zh-TW"/>
        </w:rPr>
        <w:t>/全</w:t>
      </w:r>
      <w:proofErr w:type="gramStart"/>
      <w:r w:rsidR="006950EC" w:rsidRPr="006950EC">
        <w:rPr>
          <w:rFonts w:ascii="微軟正黑體" w:eastAsia="微軟正黑體" w:hAnsi="微軟正黑體" w:hint="eastAsia"/>
          <w:sz w:val="36"/>
          <w:szCs w:val="36"/>
          <w:lang w:eastAsia="zh-TW"/>
        </w:rPr>
        <w:t>口排牙</w:t>
      </w:r>
      <w:r w:rsidRPr="006950EC">
        <w:rPr>
          <w:rFonts w:ascii="微軟正黑體" w:eastAsia="微軟正黑體" w:hAnsi="微軟正黑體"/>
          <w:sz w:val="36"/>
          <w:szCs w:val="36"/>
          <w:lang w:eastAsia="zh-TW"/>
        </w:rPr>
        <w:t>自主</w:t>
      </w:r>
      <w:proofErr w:type="gramEnd"/>
      <w:r w:rsidRPr="006950EC">
        <w:rPr>
          <w:rFonts w:ascii="微軟正黑體" w:eastAsia="微軟正黑體" w:hAnsi="微軟正黑體"/>
          <w:sz w:val="36"/>
          <w:szCs w:val="36"/>
          <w:lang w:eastAsia="zh-TW"/>
        </w:rPr>
        <w:t>練習計畫</w:t>
      </w:r>
    </w:p>
    <w:p w14:paraId="29716CF9" w14:textId="77777777" w:rsidR="006950EC" w:rsidRPr="006950EC" w:rsidRDefault="00304638" w:rsidP="006950EC">
      <w:pPr>
        <w:spacing w:after="0" w:line="240" w:lineRule="auto"/>
        <w:jc w:val="center"/>
        <w:rPr>
          <w:lang w:eastAsia="zh-TW"/>
        </w:rPr>
      </w:pPr>
      <w:r w:rsidRPr="006950EC">
        <w:rPr>
          <w:lang w:eastAsia="zh-TW"/>
        </w:rPr>
        <w:t>執行期間：</w:t>
      </w:r>
      <w:r w:rsidRPr="006950EC">
        <w:rPr>
          <w:lang w:eastAsia="zh-TW"/>
        </w:rPr>
        <w:t>2026</w:t>
      </w:r>
      <w:r w:rsidRPr="006950EC">
        <w:rPr>
          <w:lang w:eastAsia="zh-TW"/>
        </w:rPr>
        <w:t>年</w:t>
      </w:r>
      <w:r w:rsidRPr="006950EC">
        <w:rPr>
          <w:lang w:eastAsia="zh-TW"/>
        </w:rPr>
        <w:t>10</w:t>
      </w:r>
      <w:r w:rsidRPr="006950EC">
        <w:rPr>
          <w:lang w:eastAsia="zh-TW"/>
        </w:rPr>
        <w:t>月</w:t>
      </w:r>
      <w:r w:rsidRPr="006950EC">
        <w:rPr>
          <w:lang w:eastAsia="zh-TW"/>
        </w:rPr>
        <w:t>12</w:t>
      </w:r>
      <w:r w:rsidRPr="006950EC">
        <w:rPr>
          <w:lang w:eastAsia="zh-TW"/>
        </w:rPr>
        <w:t>日至</w:t>
      </w:r>
      <w:r w:rsidRPr="006950EC">
        <w:rPr>
          <w:lang w:eastAsia="zh-TW"/>
        </w:rPr>
        <w:t>12</w:t>
      </w:r>
      <w:r w:rsidRPr="006950EC">
        <w:rPr>
          <w:lang w:eastAsia="zh-TW"/>
        </w:rPr>
        <w:t>月</w:t>
      </w:r>
      <w:r w:rsidRPr="006950EC">
        <w:rPr>
          <w:lang w:eastAsia="zh-TW"/>
        </w:rPr>
        <w:t>31</w:t>
      </w:r>
      <w:r w:rsidRPr="006950EC">
        <w:rPr>
          <w:lang w:eastAsia="zh-TW"/>
        </w:rPr>
        <w:t xml:space="preserve">日　</w:t>
      </w:r>
    </w:p>
    <w:p w14:paraId="4960AC61" w14:textId="6D3FAC5D" w:rsidR="00D604C7" w:rsidRDefault="00304638" w:rsidP="006950EC">
      <w:pPr>
        <w:spacing w:after="0" w:line="240" w:lineRule="auto"/>
        <w:jc w:val="center"/>
        <w:rPr>
          <w:lang w:eastAsia="zh-TW"/>
        </w:rPr>
      </w:pPr>
      <w:r w:rsidRPr="006950EC">
        <w:rPr>
          <w:lang w:eastAsia="zh-TW"/>
        </w:rPr>
        <w:t xml:space="preserve">　適用對象：</w:t>
      </w:r>
      <w:r w:rsidR="006950EC" w:rsidRPr="006950EC">
        <w:rPr>
          <w:rFonts w:hint="eastAsia"/>
          <w:lang w:eastAsia="zh-TW"/>
        </w:rPr>
        <w:t>牙體技術學系</w:t>
      </w:r>
      <w:r w:rsidRPr="006950EC">
        <w:rPr>
          <w:lang w:eastAsia="zh-TW"/>
        </w:rPr>
        <w:t>準備術科考試之學生</w:t>
      </w:r>
    </w:p>
    <w:p w14:paraId="23448CBB" w14:textId="77777777" w:rsidR="00304638" w:rsidRPr="006950EC" w:rsidRDefault="00304638" w:rsidP="006950EC">
      <w:pPr>
        <w:spacing w:after="0" w:line="240" w:lineRule="auto"/>
        <w:jc w:val="center"/>
        <w:rPr>
          <w:rFonts w:hint="eastAsia"/>
          <w:lang w:eastAsia="zh-TW"/>
        </w:rPr>
      </w:pPr>
    </w:p>
    <w:p w14:paraId="55136E60" w14:textId="77777777" w:rsidR="00D604C7" w:rsidRPr="006950EC" w:rsidRDefault="00304638" w:rsidP="006950EC">
      <w:pPr>
        <w:pStyle w:val="1"/>
        <w:spacing w:before="0" w:line="440" w:lineRule="exact"/>
        <w:rPr>
          <w:rFonts w:ascii="微軟正黑體" w:eastAsia="微軟正黑體" w:hAnsi="微軟正黑體"/>
          <w:sz w:val="28"/>
          <w:lang w:eastAsia="zh-TW"/>
        </w:rPr>
      </w:pPr>
      <w:r w:rsidRPr="006950EC">
        <w:rPr>
          <w:rFonts w:ascii="微軟正黑體" w:eastAsia="微軟正黑體" w:hAnsi="微軟正黑體"/>
          <w:sz w:val="28"/>
          <w:lang w:eastAsia="zh-TW"/>
        </w:rPr>
        <w:t>一、練習目標與執行原則</w:t>
      </w:r>
    </w:p>
    <w:p w14:paraId="378BAFB6" w14:textId="3F50A920" w:rsidR="00D604C7" w:rsidRDefault="006950EC" w:rsidP="006950EC">
      <w:pPr>
        <w:spacing w:after="0" w:line="440" w:lineRule="exact"/>
        <w:rPr>
          <w:lang w:eastAsia="zh-TW"/>
        </w:rPr>
      </w:pPr>
      <w:r w:rsidRPr="006950EC">
        <w:rPr>
          <w:rFonts w:hint="eastAsia"/>
          <w:lang w:eastAsia="zh-TW"/>
        </w:rPr>
        <w:t>實習前</w:t>
      </w:r>
      <w:r w:rsidR="00304638" w:rsidRPr="006950EC">
        <w:rPr>
          <w:lang w:eastAsia="zh-TW"/>
        </w:rPr>
        <w:t>完成</w:t>
      </w:r>
      <w:proofErr w:type="gramStart"/>
      <w:r w:rsidR="00304638" w:rsidRPr="006950EC">
        <w:rPr>
          <w:lang w:eastAsia="zh-TW"/>
        </w:rPr>
        <w:t>28</w:t>
      </w:r>
      <w:r w:rsidR="00304638" w:rsidRPr="006950EC">
        <w:rPr>
          <w:lang w:eastAsia="zh-TW"/>
        </w:rPr>
        <w:t>顆恆牙</w:t>
      </w:r>
      <w:proofErr w:type="gramEnd"/>
      <w:r w:rsidRPr="006950EC">
        <w:rPr>
          <w:rFonts w:hint="eastAsia"/>
          <w:lang w:eastAsia="zh-TW"/>
        </w:rPr>
        <w:t>作品各1件</w:t>
      </w:r>
      <w:r w:rsidRPr="006950EC">
        <w:rPr>
          <w:lang w:eastAsia="zh-TW"/>
        </w:rPr>
        <w:t>，</w:t>
      </w:r>
      <w:r w:rsidR="00304638" w:rsidRPr="006950EC">
        <w:rPr>
          <w:lang w:eastAsia="zh-TW"/>
        </w:rPr>
        <w:t>每週自主練習至少</w:t>
      </w:r>
      <w:r w:rsidRPr="006950EC">
        <w:rPr>
          <w:rFonts w:hint="eastAsia"/>
          <w:lang w:eastAsia="zh-TW"/>
        </w:rPr>
        <w:t>2顆</w:t>
      </w:r>
      <w:r w:rsidR="00304638" w:rsidRPr="006950EC">
        <w:rPr>
          <w:lang w:eastAsia="zh-TW"/>
        </w:rPr>
        <w:t>、每次約</w:t>
      </w:r>
      <w:r w:rsidRPr="006950EC">
        <w:rPr>
          <w:rFonts w:hint="eastAsia"/>
          <w:lang w:eastAsia="zh-TW"/>
        </w:rPr>
        <w:t>1</w:t>
      </w:r>
      <w:r w:rsidR="00304638" w:rsidRPr="006950EC">
        <w:rPr>
          <w:lang w:eastAsia="zh-TW"/>
        </w:rPr>
        <w:t>小時</w:t>
      </w:r>
      <w:r w:rsidRPr="006950EC">
        <w:rPr>
          <w:lang w:eastAsia="zh-TW"/>
        </w:rPr>
        <w:t>，</w:t>
      </w:r>
      <w:r w:rsidRPr="006950EC">
        <w:rPr>
          <w:rFonts w:hint="eastAsia"/>
          <w:lang w:eastAsia="zh-TW"/>
        </w:rPr>
        <w:t>並</w:t>
      </w:r>
      <w:r w:rsidR="00304638" w:rsidRPr="006950EC">
        <w:rPr>
          <w:lang w:eastAsia="zh-TW"/>
        </w:rPr>
        <w:t>於當</w:t>
      </w:r>
      <w:proofErr w:type="gramStart"/>
      <w:r w:rsidR="00304638" w:rsidRPr="006950EC">
        <w:rPr>
          <w:lang w:eastAsia="zh-TW"/>
        </w:rPr>
        <w:t>週</w:t>
      </w:r>
      <w:proofErr w:type="gramEnd"/>
      <w:r w:rsidR="00304638" w:rsidRPr="006950EC">
        <w:rPr>
          <w:lang w:eastAsia="zh-TW"/>
        </w:rPr>
        <w:t>指定</w:t>
      </w:r>
      <w:r w:rsidRPr="006950EC">
        <w:rPr>
          <w:rFonts w:hint="eastAsia"/>
          <w:lang w:eastAsia="zh-TW"/>
        </w:rPr>
        <w:t>時間請學姊給予指導</w:t>
      </w:r>
      <w:r w:rsidR="00304638" w:rsidRPr="006950EC">
        <w:rPr>
          <w:lang w:eastAsia="zh-TW"/>
        </w:rPr>
        <w:t>。</w:t>
      </w:r>
      <w:r w:rsidRPr="006950EC">
        <w:rPr>
          <w:rFonts w:hint="eastAsia"/>
          <w:lang w:eastAsia="zh-TW"/>
        </w:rPr>
        <w:t>建議</w:t>
      </w:r>
      <w:r w:rsidR="00304638" w:rsidRPr="006950EC">
        <w:rPr>
          <w:lang w:eastAsia="zh-TW"/>
        </w:rPr>
        <w:t>每顆作品需記錄牙位、日期、雕刻時間、自評及改善重點</w:t>
      </w:r>
      <w:r w:rsidR="00304638" w:rsidRPr="006950EC">
        <w:rPr>
          <w:lang w:eastAsia="zh-TW"/>
        </w:rPr>
        <w:t>。</w:t>
      </w:r>
    </w:p>
    <w:p w14:paraId="147517CE" w14:textId="77777777" w:rsidR="006950EC" w:rsidRPr="006950EC" w:rsidRDefault="006950EC" w:rsidP="006950EC">
      <w:pPr>
        <w:spacing w:after="0" w:line="440" w:lineRule="exact"/>
        <w:rPr>
          <w:rFonts w:hint="eastAsia"/>
          <w:lang w:eastAsia="zh-TW"/>
        </w:rPr>
      </w:pPr>
    </w:p>
    <w:p w14:paraId="04E0A6E6" w14:textId="77777777" w:rsidR="00D604C7" w:rsidRPr="006950EC" w:rsidRDefault="00304638" w:rsidP="00304638">
      <w:pPr>
        <w:pStyle w:val="1"/>
        <w:spacing w:before="0" w:line="440" w:lineRule="exact"/>
        <w:rPr>
          <w:rFonts w:ascii="微軟正黑體" w:eastAsia="微軟正黑體" w:hAnsi="微軟正黑體"/>
          <w:sz w:val="28"/>
          <w:lang w:eastAsia="zh-TW"/>
        </w:rPr>
      </w:pPr>
      <w:r w:rsidRPr="006950EC">
        <w:rPr>
          <w:rFonts w:ascii="微軟正黑體" w:eastAsia="微軟正黑體" w:hAnsi="微軟正黑體"/>
          <w:sz w:val="28"/>
          <w:lang w:eastAsia="zh-TW"/>
        </w:rPr>
        <w:t>二、每週自主練習進度表</w:t>
      </w:r>
    </w:p>
    <w:tbl>
      <w:tblPr>
        <w:tblStyle w:val="aff2"/>
        <w:tblW w:w="5000" w:type="pct"/>
        <w:jc w:val="center"/>
        <w:tblLook w:val="04A0" w:firstRow="1" w:lastRow="0" w:firstColumn="1" w:lastColumn="0" w:noHBand="0" w:noVBand="1"/>
      </w:tblPr>
      <w:tblGrid>
        <w:gridCol w:w="675"/>
        <w:gridCol w:w="1495"/>
        <w:gridCol w:w="3115"/>
        <w:gridCol w:w="1725"/>
        <w:gridCol w:w="1737"/>
        <w:gridCol w:w="1693"/>
      </w:tblGrid>
      <w:tr w:rsidR="00304638" w:rsidRPr="006950EC" w14:paraId="07DA319B" w14:textId="1FEA4A15" w:rsidTr="00304638">
        <w:trPr>
          <w:jc w:val="center"/>
        </w:trPr>
        <w:tc>
          <w:tcPr>
            <w:tcW w:w="323" w:type="pct"/>
            <w:shd w:val="clear" w:color="auto" w:fill="DDEAF0"/>
            <w:vAlign w:val="center"/>
          </w:tcPr>
          <w:p w14:paraId="396F677F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proofErr w:type="spellStart"/>
            <w:r w:rsidRPr="006950EC">
              <w:rPr>
                <w:b/>
                <w:sz w:val="17"/>
              </w:rPr>
              <w:t>週次</w:t>
            </w:r>
            <w:proofErr w:type="spellEnd"/>
          </w:p>
        </w:tc>
        <w:tc>
          <w:tcPr>
            <w:tcW w:w="716" w:type="pct"/>
            <w:shd w:val="clear" w:color="auto" w:fill="DDEAF0"/>
            <w:vAlign w:val="center"/>
          </w:tcPr>
          <w:p w14:paraId="01E257D8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proofErr w:type="spellStart"/>
            <w:r w:rsidRPr="006950EC">
              <w:rPr>
                <w:b/>
                <w:sz w:val="17"/>
              </w:rPr>
              <w:t>日期</w:t>
            </w:r>
            <w:proofErr w:type="spellEnd"/>
          </w:p>
        </w:tc>
        <w:tc>
          <w:tcPr>
            <w:tcW w:w="1492" w:type="pct"/>
            <w:shd w:val="clear" w:color="auto" w:fill="DDEAF0"/>
            <w:vAlign w:val="center"/>
          </w:tcPr>
          <w:p w14:paraId="6350B1BD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proofErr w:type="spellStart"/>
            <w:r w:rsidRPr="006950EC">
              <w:rPr>
                <w:b/>
                <w:sz w:val="17"/>
              </w:rPr>
              <w:t>指定練習內容</w:t>
            </w:r>
            <w:proofErr w:type="spellEnd"/>
          </w:p>
        </w:tc>
        <w:tc>
          <w:tcPr>
            <w:tcW w:w="826" w:type="pct"/>
            <w:shd w:val="clear" w:color="auto" w:fill="DDEAF0"/>
            <w:vAlign w:val="center"/>
          </w:tcPr>
          <w:p w14:paraId="29BF8950" w14:textId="27594A11" w:rsidR="00304638" w:rsidRPr="006950EC" w:rsidRDefault="00304638" w:rsidP="00304638">
            <w:pPr>
              <w:spacing w:before="40" w:after="40" w:line="440" w:lineRule="exact"/>
              <w:jc w:val="center"/>
            </w:pPr>
            <w:proofErr w:type="spellStart"/>
            <w:r w:rsidRPr="006950EC">
              <w:rPr>
                <w:b/>
                <w:sz w:val="17"/>
              </w:rPr>
              <w:t>顆數</w:t>
            </w:r>
            <w:proofErr w:type="spellEnd"/>
          </w:p>
        </w:tc>
        <w:tc>
          <w:tcPr>
            <w:tcW w:w="832" w:type="pct"/>
            <w:shd w:val="clear" w:color="auto" w:fill="DDEAF0"/>
            <w:vAlign w:val="center"/>
          </w:tcPr>
          <w:p w14:paraId="340390E3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proofErr w:type="spellStart"/>
            <w:r w:rsidRPr="006950EC">
              <w:rPr>
                <w:b/>
                <w:sz w:val="17"/>
              </w:rPr>
              <w:t>累計</w:t>
            </w:r>
            <w:proofErr w:type="spellEnd"/>
          </w:p>
        </w:tc>
        <w:tc>
          <w:tcPr>
            <w:tcW w:w="811" w:type="pct"/>
            <w:shd w:val="clear" w:color="auto" w:fill="DDEAF0"/>
            <w:vAlign w:val="center"/>
          </w:tcPr>
          <w:p w14:paraId="56AE1B19" w14:textId="102D3C5A" w:rsidR="00304638" w:rsidRPr="006950EC" w:rsidRDefault="00304638" w:rsidP="00304638">
            <w:pPr>
              <w:spacing w:before="40" w:after="40" w:line="440" w:lineRule="exact"/>
              <w:jc w:val="center"/>
              <w:rPr>
                <w:b/>
                <w:sz w:val="17"/>
              </w:rPr>
            </w:pPr>
            <w:proofErr w:type="spellStart"/>
            <w:r w:rsidRPr="006950EC">
              <w:rPr>
                <w:b/>
                <w:sz w:val="17"/>
              </w:rPr>
              <w:t>自我確認</w:t>
            </w:r>
            <w:proofErr w:type="spellEnd"/>
          </w:p>
        </w:tc>
      </w:tr>
      <w:tr w:rsidR="00304638" w:rsidRPr="006950EC" w14:paraId="13D7F4A9" w14:textId="0B2563E0" w:rsidTr="00304638">
        <w:trPr>
          <w:trHeight w:val="567"/>
          <w:jc w:val="center"/>
        </w:trPr>
        <w:tc>
          <w:tcPr>
            <w:tcW w:w="323" w:type="pct"/>
            <w:vAlign w:val="center"/>
          </w:tcPr>
          <w:p w14:paraId="58ADB251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1</w:t>
            </w:r>
          </w:p>
        </w:tc>
        <w:tc>
          <w:tcPr>
            <w:tcW w:w="716" w:type="pct"/>
            <w:vAlign w:val="center"/>
          </w:tcPr>
          <w:p w14:paraId="1A9EB14F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10/12–10/18</w:t>
            </w:r>
          </w:p>
        </w:tc>
        <w:tc>
          <w:tcPr>
            <w:tcW w:w="1492" w:type="pct"/>
            <w:vAlign w:val="center"/>
          </w:tcPr>
          <w:p w14:paraId="5504DC0B" w14:textId="4D5DB1CD" w:rsidR="00304638" w:rsidRPr="006950EC" w:rsidRDefault="00304638" w:rsidP="00304638">
            <w:pPr>
              <w:spacing w:before="40" w:after="40" w:line="440" w:lineRule="exact"/>
              <w:jc w:val="center"/>
              <w:rPr>
                <w:lang w:eastAsia="zh-TW"/>
              </w:rPr>
            </w:pPr>
            <w:r w:rsidRPr="006950EC">
              <w:rPr>
                <w:sz w:val="17"/>
                <w:lang w:eastAsia="zh-TW"/>
              </w:rPr>
              <w:t>上顎左</w:t>
            </w:r>
            <w:r>
              <w:rPr>
                <w:rFonts w:hint="eastAsia"/>
                <w:sz w:val="17"/>
                <w:lang w:eastAsia="zh-TW"/>
              </w:rPr>
              <w:t>側</w:t>
            </w:r>
            <w:r w:rsidRPr="006950EC">
              <w:rPr>
                <w:sz w:val="17"/>
                <w:lang w:eastAsia="zh-TW"/>
              </w:rPr>
              <w:t>第一、第二大臼齒</w:t>
            </w:r>
          </w:p>
        </w:tc>
        <w:tc>
          <w:tcPr>
            <w:tcW w:w="826" w:type="pct"/>
            <w:vAlign w:val="center"/>
          </w:tcPr>
          <w:p w14:paraId="367A829D" w14:textId="4080E7D8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2</w:t>
            </w:r>
          </w:p>
        </w:tc>
        <w:tc>
          <w:tcPr>
            <w:tcW w:w="832" w:type="pct"/>
            <w:vAlign w:val="center"/>
          </w:tcPr>
          <w:p w14:paraId="14F19B1A" w14:textId="0651D24D" w:rsidR="00304638" w:rsidRPr="006950EC" w:rsidRDefault="00304638" w:rsidP="00304638">
            <w:pPr>
              <w:spacing w:before="40" w:after="40" w:line="440" w:lineRule="exact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</w:p>
        </w:tc>
        <w:tc>
          <w:tcPr>
            <w:tcW w:w="811" w:type="pct"/>
            <w:vAlign w:val="center"/>
          </w:tcPr>
          <w:p w14:paraId="27B0F4A5" w14:textId="32710F21" w:rsidR="00304638" w:rsidRDefault="00304638" w:rsidP="00304638">
            <w:pPr>
              <w:spacing w:before="40" w:after="40" w:line="440" w:lineRule="exact"/>
              <w:jc w:val="center"/>
              <w:rPr>
                <w:rFonts w:hint="eastAsia"/>
                <w:lang w:eastAsia="zh-TW"/>
              </w:rPr>
            </w:pPr>
            <w:r w:rsidRPr="006950EC">
              <w:rPr>
                <w:sz w:val="17"/>
              </w:rPr>
              <w:t xml:space="preserve">□ </w:t>
            </w:r>
            <w:proofErr w:type="spellStart"/>
            <w:r w:rsidRPr="006950EC">
              <w:rPr>
                <w:sz w:val="17"/>
              </w:rPr>
              <w:t>完成</w:t>
            </w:r>
            <w:proofErr w:type="spellEnd"/>
            <w:r w:rsidRPr="006950EC">
              <w:rPr>
                <w:sz w:val="17"/>
              </w:rPr>
              <w:t xml:space="preserve"> □ </w:t>
            </w:r>
            <w:proofErr w:type="spellStart"/>
            <w:r w:rsidRPr="006950EC">
              <w:rPr>
                <w:sz w:val="17"/>
              </w:rPr>
              <w:t>待補</w:t>
            </w:r>
            <w:proofErr w:type="spellEnd"/>
          </w:p>
        </w:tc>
      </w:tr>
      <w:tr w:rsidR="00304638" w:rsidRPr="006950EC" w14:paraId="51BC088D" w14:textId="12015ACD" w:rsidTr="00304638">
        <w:trPr>
          <w:trHeight w:val="567"/>
          <w:jc w:val="center"/>
        </w:trPr>
        <w:tc>
          <w:tcPr>
            <w:tcW w:w="323" w:type="pct"/>
            <w:vAlign w:val="center"/>
          </w:tcPr>
          <w:p w14:paraId="5ED1C46B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2</w:t>
            </w:r>
          </w:p>
        </w:tc>
        <w:tc>
          <w:tcPr>
            <w:tcW w:w="716" w:type="pct"/>
            <w:vAlign w:val="center"/>
          </w:tcPr>
          <w:p w14:paraId="30693296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10/19–10/25</w:t>
            </w:r>
          </w:p>
        </w:tc>
        <w:tc>
          <w:tcPr>
            <w:tcW w:w="1492" w:type="pct"/>
            <w:vAlign w:val="center"/>
          </w:tcPr>
          <w:p w14:paraId="4EC665AE" w14:textId="3AF7D72B" w:rsidR="00304638" w:rsidRPr="006950EC" w:rsidRDefault="00304638" w:rsidP="00304638">
            <w:pPr>
              <w:spacing w:before="40" w:after="40" w:line="440" w:lineRule="exact"/>
              <w:jc w:val="center"/>
              <w:rPr>
                <w:lang w:eastAsia="zh-TW"/>
              </w:rPr>
            </w:pPr>
            <w:r>
              <w:rPr>
                <w:rFonts w:hint="eastAsia"/>
                <w:sz w:val="17"/>
                <w:lang w:eastAsia="zh-TW"/>
              </w:rPr>
              <w:t>下</w:t>
            </w:r>
            <w:r w:rsidRPr="006950EC">
              <w:rPr>
                <w:sz w:val="17"/>
                <w:lang w:eastAsia="zh-TW"/>
              </w:rPr>
              <w:t>顎左</w:t>
            </w:r>
            <w:r>
              <w:rPr>
                <w:rFonts w:hint="eastAsia"/>
                <w:sz w:val="17"/>
                <w:lang w:eastAsia="zh-TW"/>
              </w:rPr>
              <w:t>側</w:t>
            </w:r>
            <w:r w:rsidRPr="006950EC">
              <w:rPr>
                <w:sz w:val="17"/>
                <w:lang w:eastAsia="zh-TW"/>
              </w:rPr>
              <w:t>第一、第二大臼齒</w:t>
            </w:r>
          </w:p>
        </w:tc>
        <w:tc>
          <w:tcPr>
            <w:tcW w:w="826" w:type="pct"/>
            <w:vAlign w:val="center"/>
          </w:tcPr>
          <w:p w14:paraId="2C379F1A" w14:textId="6E5A435B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2</w:t>
            </w:r>
          </w:p>
        </w:tc>
        <w:tc>
          <w:tcPr>
            <w:tcW w:w="832" w:type="pct"/>
            <w:vAlign w:val="center"/>
          </w:tcPr>
          <w:p w14:paraId="6CDF6895" w14:textId="0BFD97B6" w:rsidR="00304638" w:rsidRPr="006950EC" w:rsidRDefault="00304638" w:rsidP="00304638">
            <w:pPr>
              <w:spacing w:before="40" w:after="40" w:line="440" w:lineRule="exact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4</w:t>
            </w:r>
          </w:p>
        </w:tc>
        <w:tc>
          <w:tcPr>
            <w:tcW w:w="811" w:type="pct"/>
            <w:vAlign w:val="center"/>
          </w:tcPr>
          <w:p w14:paraId="638EDE28" w14:textId="365E4070" w:rsidR="00304638" w:rsidRDefault="00304638" w:rsidP="00304638">
            <w:pPr>
              <w:spacing w:before="40" w:after="40" w:line="440" w:lineRule="exact"/>
              <w:jc w:val="center"/>
              <w:rPr>
                <w:rFonts w:hint="eastAsia"/>
                <w:lang w:eastAsia="zh-TW"/>
              </w:rPr>
            </w:pPr>
            <w:r w:rsidRPr="006950EC">
              <w:rPr>
                <w:sz w:val="17"/>
              </w:rPr>
              <w:t xml:space="preserve">□ </w:t>
            </w:r>
            <w:proofErr w:type="spellStart"/>
            <w:r w:rsidRPr="006950EC">
              <w:rPr>
                <w:sz w:val="17"/>
              </w:rPr>
              <w:t>完成</w:t>
            </w:r>
            <w:proofErr w:type="spellEnd"/>
            <w:r w:rsidRPr="006950EC">
              <w:rPr>
                <w:sz w:val="17"/>
              </w:rPr>
              <w:t xml:space="preserve"> □ </w:t>
            </w:r>
            <w:proofErr w:type="spellStart"/>
            <w:r w:rsidRPr="006950EC">
              <w:rPr>
                <w:sz w:val="17"/>
              </w:rPr>
              <w:t>待補</w:t>
            </w:r>
            <w:proofErr w:type="spellEnd"/>
          </w:p>
        </w:tc>
      </w:tr>
      <w:tr w:rsidR="00304638" w:rsidRPr="006950EC" w14:paraId="3BA66091" w14:textId="334111A0" w:rsidTr="00304638">
        <w:trPr>
          <w:trHeight w:val="567"/>
          <w:jc w:val="center"/>
        </w:trPr>
        <w:tc>
          <w:tcPr>
            <w:tcW w:w="323" w:type="pct"/>
            <w:vAlign w:val="center"/>
          </w:tcPr>
          <w:p w14:paraId="35A0DCC5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3</w:t>
            </w:r>
          </w:p>
        </w:tc>
        <w:tc>
          <w:tcPr>
            <w:tcW w:w="716" w:type="pct"/>
            <w:vAlign w:val="center"/>
          </w:tcPr>
          <w:p w14:paraId="77423958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10/26–11/1</w:t>
            </w:r>
          </w:p>
        </w:tc>
        <w:tc>
          <w:tcPr>
            <w:tcW w:w="1492" w:type="pct"/>
            <w:vAlign w:val="center"/>
          </w:tcPr>
          <w:p w14:paraId="429EE59F" w14:textId="52618EC2" w:rsidR="00304638" w:rsidRPr="006950EC" w:rsidRDefault="00304638" w:rsidP="00304638">
            <w:pPr>
              <w:spacing w:before="40" w:after="40" w:line="440" w:lineRule="exact"/>
              <w:jc w:val="center"/>
              <w:rPr>
                <w:lang w:eastAsia="zh-TW"/>
              </w:rPr>
            </w:pPr>
            <w:r w:rsidRPr="006950EC">
              <w:rPr>
                <w:sz w:val="17"/>
                <w:lang w:eastAsia="zh-TW"/>
              </w:rPr>
              <w:t>上顎</w:t>
            </w:r>
            <w:r>
              <w:rPr>
                <w:rFonts w:hint="eastAsia"/>
                <w:sz w:val="17"/>
                <w:lang w:eastAsia="zh-TW"/>
              </w:rPr>
              <w:t>右</w:t>
            </w:r>
            <w:r>
              <w:rPr>
                <w:rFonts w:hint="eastAsia"/>
                <w:sz w:val="17"/>
                <w:lang w:eastAsia="zh-TW"/>
              </w:rPr>
              <w:t>側</w:t>
            </w:r>
            <w:r w:rsidRPr="006950EC">
              <w:rPr>
                <w:sz w:val="17"/>
                <w:lang w:eastAsia="zh-TW"/>
              </w:rPr>
              <w:t>第一、第二大臼齒</w:t>
            </w:r>
          </w:p>
        </w:tc>
        <w:tc>
          <w:tcPr>
            <w:tcW w:w="826" w:type="pct"/>
            <w:vAlign w:val="center"/>
          </w:tcPr>
          <w:p w14:paraId="64DBD9F4" w14:textId="176E79A6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2</w:t>
            </w:r>
          </w:p>
        </w:tc>
        <w:tc>
          <w:tcPr>
            <w:tcW w:w="832" w:type="pct"/>
            <w:vAlign w:val="center"/>
          </w:tcPr>
          <w:p w14:paraId="614553A2" w14:textId="1AB1DC63" w:rsidR="00304638" w:rsidRPr="006950EC" w:rsidRDefault="00304638" w:rsidP="00304638">
            <w:pPr>
              <w:spacing w:before="40" w:after="40" w:line="440" w:lineRule="exact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6</w:t>
            </w:r>
          </w:p>
        </w:tc>
        <w:tc>
          <w:tcPr>
            <w:tcW w:w="811" w:type="pct"/>
            <w:vAlign w:val="center"/>
          </w:tcPr>
          <w:p w14:paraId="079C6B94" w14:textId="58DAE9E8" w:rsidR="00304638" w:rsidRDefault="00304638" w:rsidP="00304638">
            <w:pPr>
              <w:spacing w:before="40" w:after="40" w:line="440" w:lineRule="exact"/>
              <w:jc w:val="center"/>
              <w:rPr>
                <w:rFonts w:hint="eastAsia"/>
                <w:lang w:eastAsia="zh-TW"/>
              </w:rPr>
            </w:pPr>
            <w:r w:rsidRPr="006950EC">
              <w:rPr>
                <w:sz w:val="17"/>
              </w:rPr>
              <w:t xml:space="preserve">□ </w:t>
            </w:r>
            <w:proofErr w:type="spellStart"/>
            <w:r w:rsidRPr="006950EC">
              <w:rPr>
                <w:sz w:val="17"/>
              </w:rPr>
              <w:t>完成</w:t>
            </w:r>
            <w:proofErr w:type="spellEnd"/>
            <w:r w:rsidRPr="006950EC">
              <w:rPr>
                <w:sz w:val="17"/>
              </w:rPr>
              <w:t xml:space="preserve"> □ </w:t>
            </w:r>
            <w:proofErr w:type="spellStart"/>
            <w:r w:rsidRPr="006950EC">
              <w:rPr>
                <w:sz w:val="17"/>
              </w:rPr>
              <w:t>待補</w:t>
            </w:r>
            <w:proofErr w:type="spellEnd"/>
          </w:p>
        </w:tc>
      </w:tr>
      <w:tr w:rsidR="00304638" w:rsidRPr="006950EC" w14:paraId="067A5C04" w14:textId="62BEF579" w:rsidTr="00304638">
        <w:trPr>
          <w:trHeight w:val="567"/>
          <w:jc w:val="center"/>
        </w:trPr>
        <w:tc>
          <w:tcPr>
            <w:tcW w:w="323" w:type="pct"/>
            <w:vAlign w:val="center"/>
          </w:tcPr>
          <w:p w14:paraId="78D37809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4</w:t>
            </w:r>
          </w:p>
        </w:tc>
        <w:tc>
          <w:tcPr>
            <w:tcW w:w="716" w:type="pct"/>
            <w:vAlign w:val="center"/>
          </w:tcPr>
          <w:p w14:paraId="63B0D78B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11/2–11/8</w:t>
            </w:r>
          </w:p>
        </w:tc>
        <w:tc>
          <w:tcPr>
            <w:tcW w:w="1492" w:type="pct"/>
            <w:vAlign w:val="center"/>
          </w:tcPr>
          <w:p w14:paraId="1249ED74" w14:textId="067F1D52" w:rsidR="00304638" w:rsidRPr="006950EC" w:rsidRDefault="00304638" w:rsidP="00304638">
            <w:pPr>
              <w:spacing w:before="40" w:after="40" w:line="440" w:lineRule="exact"/>
              <w:jc w:val="center"/>
              <w:rPr>
                <w:lang w:eastAsia="zh-TW"/>
              </w:rPr>
            </w:pPr>
            <w:r>
              <w:rPr>
                <w:rFonts w:hint="eastAsia"/>
                <w:sz w:val="17"/>
                <w:lang w:eastAsia="zh-TW"/>
              </w:rPr>
              <w:t>下</w:t>
            </w:r>
            <w:r w:rsidRPr="006950EC">
              <w:rPr>
                <w:sz w:val="17"/>
                <w:lang w:eastAsia="zh-TW"/>
              </w:rPr>
              <w:t>顎</w:t>
            </w:r>
            <w:r>
              <w:rPr>
                <w:rFonts w:hint="eastAsia"/>
                <w:sz w:val="17"/>
                <w:lang w:eastAsia="zh-TW"/>
              </w:rPr>
              <w:t>右</w:t>
            </w:r>
            <w:r>
              <w:rPr>
                <w:rFonts w:hint="eastAsia"/>
                <w:sz w:val="17"/>
                <w:lang w:eastAsia="zh-TW"/>
              </w:rPr>
              <w:t>側</w:t>
            </w:r>
            <w:r w:rsidRPr="006950EC">
              <w:rPr>
                <w:sz w:val="17"/>
                <w:lang w:eastAsia="zh-TW"/>
              </w:rPr>
              <w:t>第一、第二大臼齒</w:t>
            </w:r>
          </w:p>
        </w:tc>
        <w:tc>
          <w:tcPr>
            <w:tcW w:w="826" w:type="pct"/>
            <w:vAlign w:val="center"/>
          </w:tcPr>
          <w:p w14:paraId="39273B94" w14:textId="5F2687B0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2</w:t>
            </w:r>
          </w:p>
        </w:tc>
        <w:tc>
          <w:tcPr>
            <w:tcW w:w="832" w:type="pct"/>
            <w:vAlign w:val="center"/>
          </w:tcPr>
          <w:p w14:paraId="31257EB3" w14:textId="34608F71" w:rsidR="00304638" w:rsidRPr="006950EC" w:rsidRDefault="00304638" w:rsidP="00304638">
            <w:pPr>
              <w:spacing w:before="40" w:after="40" w:line="440" w:lineRule="exact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8</w:t>
            </w:r>
          </w:p>
        </w:tc>
        <w:tc>
          <w:tcPr>
            <w:tcW w:w="811" w:type="pct"/>
            <w:vAlign w:val="center"/>
          </w:tcPr>
          <w:p w14:paraId="6F724B1F" w14:textId="614C49F0" w:rsidR="00304638" w:rsidRDefault="00304638" w:rsidP="00304638">
            <w:pPr>
              <w:spacing w:before="40" w:after="40" w:line="440" w:lineRule="exact"/>
              <w:jc w:val="center"/>
              <w:rPr>
                <w:rFonts w:hint="eastAsia"/>
                <w:lang w:eastAsia="zh-TW"/>
              </w:rPr>
            </w:pPr>
            <w:r w:rsidRPr="006950EC">
              <w:rPr>
                <w:sz w:val="17"/>
              </w:rPr>
              <w:t xml:space="preserve">□ </w:t>
            </w:r>
            <w:proofErr w:type="spellStart"/>
            <w:r w:rsidRPr="006950EC">
              <w:rPr>
                <w:sz w:val="17"/>
              </w:rPr>
              <w:t>完成</w:t>
            </w:r>
            <w:proofErr w:type="spellEnd"/>
            <w:r w:rsidRPr="006950EC">
              <w:rPr>
                <w:sz w:val="17"/>
              </w:rPr>
              <w:t xml:space="preserve"> □ </w:t>
            </w:r>
            <w:proofErr w:type="spellStart"/>
            <w:r w:rsidRPr="006950EC">
              <w:rPr>
                <w:sz w:val="17"/>
              </w:rPr>
              <w:t>待補</w:t>
            </w:r>
            <w:proofErr w:type="spellEnd"/>
          </w:p>
        </w:tc>
      </w:tr>
      <w:tr w:rsidR="00304638" w:rsidRPr="006950EC" w14:paraId="2B001AB5" w14:textId="601B8623" w:rsidTr="00304638">
        <w:trPr>
          <w:trHeight w:val="567"/>
          <w:jc w:val="center"/>
        </w:trPr>
        <w:tc>
          <w:tcPr>
            <w:tcW w:w="323" w:type="pct"/>
            <w:vAlign w:val="center"/>
          </w:tcPr>
          <w:p w14:paraId="1F28C7C4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5</w:t>
            </w:r>
          </w:p>
        </w:tc>
        <w:tc>
          <w:tcPr>
            <w:tcW w:w="716" w:type="pct"/>
            <w:vAlign w:val="center"/>
          </w:tcPr>
          <w:p w14:paraId="7A847A86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11/9–11/15</w:t>
            </w:r>
          </w:p>
        </w:tc>
        <w:tc>
          <w:tcPr>
            <w:tcW w:w="1492" w:type="pct"/>
            <w:vAlign w:val="center"/>
          </w:tcPr>
          <w:p w14:paraId="475D5C18" w14:textId="1B747E3B" w:rsidR="00304638" w:rsidRPr="006950EC" w:rsidRDefault="00304638" w:rsidP="00304638">
            <w:pPr>
              <w:spacing w:before="40" w:after="40" w:line="440" w:lineRule="exact"/>
              <w:jc w:val="center"/>
              <w:rPr>
                <w:lang w:eastAsia="zh-TW"/>
              </w:rPr>
            </w:pPr>
            <w:r w:rsidRPr="006950EC">
              <w:rPr>
                <w:sz w:val="17"/>
                <w:lang w:eastAsia="zh-TW"/>
              </w:rPr>
              <w:t>上顎左右中門齒</w:t>
            </w:r>
            <w:r>
              <w:rPr>
                <w:rFonts w:ascii="新細明體" w:eastAsia="新細明體" w:hAnsi="新細明體" w:hint="eastAsia"/>
                <w:sz w:val="17"/>
                <w:lang w:eastAsia="zh-TW"/>
              </w:rPr>
              <w:t>、</w:t>
            </w:r>
            <w:r>
              <w:rPr>
                <w:rFonts w:hint="eastAsia"/>
                <w:sz w:val="17"/>
                <w:lang w:eastAsia="zh-TW"/>
              </w:rPr>
              <w:t>側</w:t>
            </w:r>
            <w:r w:rsidRPr="006950EC">
              <w:rPr>
                <w:sz w:val="17"/>
                <w:lang w:eastAsia="zh-TW"/>
              </w:rPr>
              <w:t>門齒</w:t>
            </w:r>
          </w:p>
        </w:tc>
        <w:tc>
          <w:tcPr>
            <w:tcW w:w="826" w:type="pct"/>
            <w:vAlign w:val="center"/>
          </w:tcPr>
          <w:p w14:paraId="63A2D078" w14:textId="2F4FEB50" w:rsidR="00304638" w:rsidRPr="006950EC" w:rsidRDefault="00304638" w:rsidP="00304638">
            <w:pPr>
              <w:spacing w:before="40" w:after="40" w:line="440" w:lineRule="exact"/>
              <w:jc w:val="center"/>
            </w:pPr>
            <w:r>
              <w:rPr>
                <w:rFonts w:hint="eastAsia"/>
                <w:sz w:val="17"/>
                <w:lang w:eastAsia="zh-TW"/>
              </w:rPr>
              <w:t>4</w:t>
            </w:r>
          </w:p>
        </w:tc>
        <w:tc>
          <w:tcPr>
            <w:tcW w:w="832" w:type="pct"/>
            <w:vAlign w:val="center"/>
          </w:tcPr>
          <w:p w14:paraId="78247DEE" w14:textId="4B7A347F" w:rsidR="00304638" w:rsidRPr="006950EC" w:rsidRDefault="00304638" w:rsidP="00304638">
            <w:pPr>
              <w:spacing w:before="40" w:after="40" w:line="440" w:lineRule="exact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rFonts w:hint="eastAsia"/>
                <w:lang w:eastAsia="zh-TW"/>
              </w:rPr>
              <w:t>2</w:t>
            </w:r>
          </w:p>
        </w:tc>
        <w:tc>
          <w:tcPr>
            <w:tcW w:w="811" w:type="pct"/>
            <w:vAlign w:val="center"/>
          </w:tcPr>
          <w:p w14:paraId="6507C7A6" w14:textId="46BD622A" w:rsidR="00304638" w:rsidRDefault="00304638" w:rsidP="00304638">
            <w:pPr>
              <w:spacing w:before="40" w:after="40" w:line="440" w:lineRule="exact"/>
              <w:jc w:val="center"/>
              <w:rPr>
                <w:rFonts w:hint="eastAsia"/>
                <w:lang w:eastAsia="zh-TW"/>
              </w:rPr>
            </w:pPr>
            <w:r w:rsidRPr="006950EC">
              <w:rPr>
                <w:sz w:val="17"/>
              </w:rPr>
              <w:t xml:space="preserve">□ </w:t>
            </w:r>
            <w:proofErr w:type="spellStart"/>
            <w:r w:rsidRPr="006950EC">
              <w:rPr>
                <w:sz w:val="17"/>
              </w:rPr>
              <w:t>完成</w:t>
            </w:r>
            <w:proofErr w:type="spellEnd"/>
            <w:r w:rsidRPr="006950EC">
              <w:rPr>
                <w:sz w:val="17"/>
              </w:rPr>
              <w:t xml:space="preserve"> □ </w:t>
            </w:r>
            <w:proofErr w:type="spellStart"/>
            <w:r w:rsidRPr="006950EC">
              <w:rPr>
                <w:sz w:val="17"/>
              </w:rPr>
              <w:t>待補</w:t>
            </w:r>
            <w:proofErr w:type="spellEnd"/>
          </w:p>
        </w:tc>
      </w:tr>
      <w:tr w:rsidR="00304638" w:rsidRPr="006950EC" w14:paraId="1825E55A" w14:textId="64196CE0" w:rsidTr="00304638">
        <w:trPr>
          <w:trHeight w:val="567"/>
          <w:jc w:val="center"/>
        </w:trPr>
        <w:tc>
          <w:tcPr>
            <w:tcW w:w="323" w:type="pct"/>
            <w:vAlign w:val="center"/>
          </w:tcPr>
          <w:p w14:paraId="3E0D6659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6</w:t>
            </w:r>
          </w:p>
        </w:tc>
        <w:tc>
          <w:tcPr>
            <w:tcW w:w="716" w:type="pct"/>
            <w:vAlign w:val="center"/>
          </w:tcPr>
          <w:p w14:paraId="231C40F2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11/16–11/22</w:t>
            </w:r>
          </w:p>
        </w:tc>
        <w:tc>
          <w:tcPr>
            <w:tcW w:w="1492" w:type="pct"/>
            <w:vAlign w:val="center"/>
          </w:tcPr>
          <w:p w14:paraId="0DF44AE0" w14:textId="64943A8D" w:rsidR="00304638" w:rsidRPr="006950EC" w:rsidRDefault="00304638" w:rsidP="00304638">
            <w:pPr>
              <w:spacing w:before="40" w:after="40" w:line="440" w:lineRule="exact"/>
              <w:jc w:val="center"/>
              <w:rPr>
                <w:lang w:eastAsia="zh-TW"/>
              </w:rPr>
            </w:pPr>
            <w:r w:rsidRPr="006950EC">
              <w:rPr>
                <w:sz w:val="17"/>
                <w:lang w:eastAsia="zh-TW"/>
              </w:rPr>
              <w:t>下顎左右中門齒</w:t>
            </w:r>
            <w:r>
              <w:rPr>
                <w:rFonts w:ascii="新細明體" w:eastAsia="新細明體" w:hAnsi="新細明體" w:hint="eastAsia"/>
                <w:sz w:val="17"/>
                <w:lang w:eastAsia="zh-TW"/>
              </w:rPr>
              <w:t>、</w:t>
            </w:r>
            <w:r>
              <w:rPr>
                <w:rFonts w:hint="eastAsia"/>
                <w:sz w:val="17"/>
                <w:lang w:eastAsia="zh-TW"/>
              </w:rPr>
              <w:t>側</w:t>
            </w:r>
            <w:r w:rsidRPr="006950EC">
              <w:rPr>
                <w:sz w:val="17"/>
                <w:lang w:eastAsia="zh-TW"/>
              </w:rPr>
              <w:t>門齒</w:t>
            </w:r>
          </w:p>
        </w:tc>
        <w:tc>
          <w:tcPr>
            <w:tcW w:w="826" w:type="pct"/>
            <w:vAlign w:val="center"/>
          </w:tcPr>
          <w:p w14:paraId="6FE9275F" w14:textId="1C718507" w:rsidR="00304638" w:rsidRPr="006950EC" w:rsidRDefault="00304638" w:rsidP="00304638">
            <w:pPr>
              <w:spacing w:before="40" w:after="40" w:line="440" w:lineRule="exact"/>
              <w:jc w:val="center"/>
            </w:pPr>
            <w:r>
              <w:rPr>
                <w:rFonts w:hint="eastAsia"/>
                <w:lang w:eastAsia="zh-TW"/>
              </w:rPr>
              <w:t>4</w:t>
            </w:r>
          </w:p>
        </w:tc>
        <w:tc>
          <w:tcPr>
            <w:tcW w:w="832" w:type="pct"/>
            <w:vAlign w:val="center"/>
          </w:tcPr>
          <w:p w14:paraId="5E9869F6" w14:textId="7BD0F378" w:rsidR="00304638" w:rsidRPr="006950EC" w:rsidRDefault="00304638" w:rsidP="00304638">
            <w:pPr>
              <w:spacing w:before="40" w:after="40" w:line="440" w:lineRule="exact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rFonts w:hint="eastAsia"/>
                <w:lang w:eastAsia="zh-TW"/>
              </w:rPr>
              <w:t>6</w:t>
            </w:r>
          </w:p>
        </w:tc>
        <w:tc>
          <w:tcPr>
            <w:tcW w:w="811" w:type="pct"/>
            <w:vAlign w:val="center"/>
          </w:tcPr>
          <w:p w14:paraId="1F6B5FF2" w14:textId="6A6BC743" w:rsidR="00304638" w:rsidRDefault="00304638" w:rsidP="00304638">
            <w:pPr>
              <w:spacing w:before="40" w:after="40" w:line="440" w:lineRule="exact"/>
              <w:jc w:val="center"/>
              <w:rPr>
                <w:rFonts w:hint="eastAsia"/>
                <w:lang w:eastAsia="zh-TW"/>
              </w:rPr>
            </w:pPr>
            <w:r w:rsidRPr="006950EC">
              <w:rPr>
                <w:sz w:val="17"/>
              </w:rPr>
              <w:t xml:space="preserve">□ </w:t>
            </w:r>
            <w:proofErr w:type="spellStart"/>
            <w:r w:rsidRPr="006950EC">
              <w:rPr>
                <w:sz w:val="17"/>
              </w:rPr>
              <w:t>完成</w:t>
            </w:r>
            <w:proofErr w:type="spellEnd"/>
            <w:r w:rsidRPr="006950EC">
              <w:rPr>
                <w:sz w:val="17"/>
              </w:rPr>
              <w:t xml:space="preserve"> □ </w:t>
            </w:r>
            <w:proofErr w:type="spellStart"/>
            <w:r w:rsidRPr="006950EC">
              <w:rPr>
                <w:sz w:val="17"/>
              </w:rPr>
              <w:t>待補</w:t>
            </w:r>
            <w:proofErr w:type="spellEnd"/>
          </w:p>
        </w:tc>
      </w:tr>
      <w:tr w:rsidR="00304638" w:rsidRPr="006950EC" w14:paraId="3519FA4A" w14:textId="4FF2F5BD" w:rsidTr="00304638">
        <w:trPr>
          <w:trHeight w:val="567"/>
          <w:jc w:val="center"/>
        </w:trPr>
        <w:tc>
          <w:tcPr>
            <w:tcW w:w="323" w:type="pct"/>
            <w:vAlign w:val="center"/>
          </w:tcPr>
          <w:p w14:paraId="00DC5F27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7</w:t>
            </w:r>
          </w:p>
        </w:tc>
        <w:tc>
          <w:tcPr>
            <w:tcW w:w="716" w:type="pct"/>
            <w:vAlign w:val="center"/>
          </w:tcPr>
          <w:p w14:paraId="213B0A26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11/23–11/29</w:t>
            </w:r>
          </w:p>
        </w:tc>
        <w:tc>
          <w:tcPr>
            <w:tcW w:w="1492" w:type="pct"/>
            <w:vAlign w:val="center"/>
          </w:tcPr>
          <w:p w14:paraId="7101295F" w14:textId="2715681B" w:rsidR="00304638" w:rsidRPr="006950EC" w:rsidRDefault="00304638" w:rsidP="00304638">
            <w:pPr>
              <w:spacing w:before="40" w:after="40" w:line="440" w:lineRule="exact"/>
              <w:jc w:val="center"/>
              <w:rPr>
                <w:lang w:eastAsia="zh-TW"/>
              </w:rPr>
            </w:pPr>
            <w:proofErr w:type="spellStart"/>
            <w:r w:rsidRPr="006950EC">
              <w:rPr>
                <w:sz w:val="17"/>
              </w:rPr>
              <w:t>上顎左右犬齒</w:t>
            </w:r>
            <w:proofErr w:type="spellEnd"/>
          </w:p>
        </w:tc>
        <w:tc>
          <w:tcPr>
            <w:tcW w:w="826" w:type="pct"/>
            <w:vAlign w:val="center"/>
          </w:tcPr>
          <w:p w14:paraId="549D177C" w14:textId="05178AED" w:rsidR="00304638" w:rsidRPr="006950EC" w:rsidRDefault="00304638" w:rsidP="00304638">
            <w:pPr>
              <w:spacing w:before="40" w:after="40" w:line="440" w:lineRule="exact"/>
              <w:jc w:val="center"/>
            </w:pPr>
            <w:r>
              <w:rPr>
                <w:sz w:val="17"/>
              </w:rPr>
              <w:t>2</w:t>
            </w:r>
          </w:p>
        </w:tc>
        <w:tc>
          <w:tcPr>
            <w:tcW w:w="832" w:type="pct"/>
            <w:vAlign w:val="center"/>
          </w:tcPr>
          <w:p w14:paraId="299ADCEB" w14:textId="1E670681" w:rsidR="00304638" w:rsidRPr="006950EC" w:rsidRDefault="00304638" w:rsidP="00304638">
            <w:pPr>
              <w:spacing w:before="40" w:after="40" w:line="440" w:lineRule="exact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18</w:t>
            </w:r>
          </w:p>
        </w:tc>
        <w:tc>
          <w:tcPr>
            <w:tcW w:w="811" w:type="pct"/>
            <w:vAlign w:val="center"/>
          </w:tcPr>
          <w:p w14:paraId="15AEF596" w14:textId="43C845A8" w:rsidR="00304638" w:rsidRDefault="00304638" w:rsidP="00304638">
            <w:pPr>
              <w:spacing w:before="40" w:after="40" w:line="440" w:lineRule="exact"/>
              <w:jc w:val="center"/>
              <w:rPr>
                <w:rFonts w:hint="eastAsia"/>
                <w:lang w:eastAsia="zh-TW"/>
              </w:rPr>
            </w:pPr>
            <w:r w:rsidRPr="006950EC">
              <w:rPr>
                <w:sz w:val="17"/>
              </w:rPr>
              <w:t xml:space="preserve">□ </w:t>
            </w:r>
            <w:proofErr w:type="spellStart"/>
            <w:r w:rsidRPr="006950EC">
              <w:rPr>
                <w:sz w:val="17"/>
              </w:rPr>
              <w:t>完成</w:t>
            </w:r>
            <w:proofErr w:type="spellEnd"/>
            <w:r w:rsidRPr="006950EC">
              <w:rPr>
                <w:sz w:val="17"/>
              </w:rPr>
              <w:t xml:space="preserve"> □ </w:t>
            </w:r>
            <w:proofErr w:type="spellStart"/>
            <w:r w:rsidRPr="006950EC">
              <w:rPr>
                <w:sz w:val="17"/>
              </w:rPr>
              <w:t>待補</w:t>
            </w:r>
            <w:proofErr w:type="spellEnd"/>
          </w:p>
        </w:tc>
      </w:tr>
      <w:tr w:rsidR="00304638" w:rsidRPr="006950EC" w14:paraId="4DFD5C7F" w14:textId="04B65F62" w:rsidTr="00304638">
        <w:trPr>
          <w:trHeight w:val="567"/>
          <w:jc w:val="center"/>
        </w:trPr>
        <w:tc>
          <w:tcPr>
            <w:tcW w:w="323" w:type="pct"/>
            <w:vAlign w:val="center"/>
          </w:tcPr>
          <w:p w14:paraId="40A3B755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8</w:t>
            </w:r>
          </w:p>
        </w:tc>
        <w:tc>
          <w:tcPr>
            <w:tcW w:w="716" w:type="pct"/>
            <w:vAlign w:val="center"/>
          </w:tcPr>
          <w:p w14:paraId="63BD1889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11/30–12/6</w:t>
            </w:r>
          </w:p>
        </w:tc>
        <w:tc>
          <w:tcPr>
            <w:tcW w:w="1492" w:type="pct"/>
            <w:vAlign w:val="center"/>
          </w:tcPr>
          <w:p w14:paraId="686325BF" w14:textId="25CCC084" w:rsidR="00304638" w:rsidRPr="006950EC" w:rsidRDefault="00304638" w:rsidP="00304638">
            <w:pPr>
              <w:spacing w:before="40" w:after="40" w:line="440" w:lineRule="exact"/>
              <w:jc w:val="center"/>
            </w:pPr>
            <w:r>
              <w:rPr>
                <w:rFonts w:hint="eastAsia"/>
                <w:sz w:val="17"/>
                <w:lang w:eastAsia="zh-TW"/>
              </w:rPr>
              <w:t>下</w:t>
            </w:r>
            <w:proofErr w:type="spellStart"/>
            <w:r w:rsidRPr="006950EC">
              <w:rPr>
                <w:sz w:val="17"/>
              </w:rPr>
              <w:t>顎左右犬齒</w:t>
            </w:r>
            <w:proofErr w:type="spellEnd"/>
          </w:p>
        </w:tc>
        <w:tc>
          <w:tcPr>
            <w:tcW w:w="826" w:type="pct"/>
            <w:vAlign w:val="center"/>
          </w:tcPr>
          <w:p w14:paraId="3EABF265" w14:textId="4F8D1B5E" w:rsidR="00304638" w:rsidRPr="006950EC" w:rsidRDefault="00304638" w:rsidP="00304638">
            <w:pPr>
              <w:spacing w:before="40" w:after="40" w:line="440" w:lineRule="exact"/>
              <w:jc w:val="center"/>
            </w:pPr>
            <w:r>
              <w:rPr>
                <w:sz w:val="17"/>
              </w:rPr>
              <w:t>2</w:t>
            </w:r>
          </w:p>
        </w:tc>
        <w:tc>
          <w:tcPr>
            <w:tcW w:w="832" w:type="pct"/>
            <w:vAlign w:val="center"/>
          </w:tcPr>
          <w:p w14:paraId="657ED6A5" w14:textId="241281AB" w:rsidR="00304638" w:rsidRPr="006950EC" w:rsidRDefault="00304638" w:rsidP="00304638">
            <w:pPr>
              <w:spacing w:before="40" w:after="40" w:line="440" w:lineRule="exact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20</w:t>
            </w:r>
          </w:p>
        </w:tc>
        <w:tc>
          <w:tcPr>
            <w:tcW w:w="811" w:type="pct"/>
            <w:vAlign w:val="center"/>
          </w:tcPr>
          <w:p w14:paraId="2A8241CE" w14:textId="75252295" w:rsidR="00304638" w:rsidRDefault="00304638" w:rsidP="00304638">
            <w:pPr>
              <w:spacing w:before="40" w:after="40" w:line="440" w:lineRule="exact"/>
              <w:jc w:val="center"/>
              <w:rPr>
                <w:rFonts w:hint="eastAsia"/>
                <w:lang w:eastAsia="zh-TW"/>
              </w:rPr>
            </w:pPr>
            <w:r w:rsidRPr="006950EC">
              <w:rPr>
                <w:sz w:val="17"/>
              </w:rPr>
              <w:t xml:space="preserve">□ </w:t>
            </w:r>
            <w:proofErr w:type="spellStart"/>
            <w:r w:rsidRPr="006950EC">
              <w:rPr>
                <w:sz w:val="17"/>
              </w:rPr>
              <w:t>完成</w:t>
            </w:r>
            <w:proofErr w:type="spellEnd"/>
            <w:r w:rsidRPr="006950EC">
              <w:rPr>
                <w:sz w:val="17"/>
              </w:rPr>
              <w:t xml:space="preserve"> □ </w:t>
            </w:r>
            <w:proofErr w:type="spellStart"/>
            <w:r w:rsidRPr="006950EC">
              <w:rPr>
                <w:sz w:val="17"/>
              </w:rPr>
              <w:t>待補</w:t>
            </w:r>
            <w:proofErr w:type="spellEnd"/>
          </w:p>
        </w:tc>
      </w:tr>
      <w:tr w:rsidR="00304638" w:rsidRPr="006950EC" w14:paraId="3981DADD" w14:textId="3DDD155E" w:rsidTr="00304638">
        <w:trPr>
          <w:trHeight w:val="567"/>
          <w:jc w:val="center"/>
        </w:trPr>
        <w:tc>
          <w:tcPr>
            <w:tcW w:w="323" w:type="pct"/>
            <w:vAlign w:val="center"/>
          </w:tcPr>
          <w:p w14:paraId="0BD244D7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9</w:t>
            </w:r>
          </w:p>
        </w:tc>
        <w:tc>
          <w:tcPr>
            <w:tcW w:w="716" w:type="pct"/>
            <w:vAlign w:val="center"/>
          </w:tcPr>
          <w:p w14:paraId="1CA79146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12/7–12/13</w:t>
            </w:r>
          </w:p>
        </w:tc>
        <w:tc>
          <w:tcPr>
            <w:tcW w:w="1492" w:type="pct"/>
            <w:vAlign w:val="center"/>
          </w:tcPr>
          <w:p w14:paraId="637CE180" w14:textId="467DE902" w:rsidR="00304638" w:rsidRPr="006950EC" w:rsidRDefault="00304638" w:rsidP="00304638">
            <w:pPr>
              <w:spacing w:before="40" w:after="40" w:line="440" w:lineRule="exact"/>
              <w:jc w:val="center"/>
              <w:rPr>
                <w:lang w:eastAsia="zh-TW"/>
              </w:rPr>
            </w:pPr>
            <w:r w:rsidRPr="006950EC">
              <w:rPr>
                <w:sz w:val="17"/>
                <w:lang w:eastAsia="zh-TW"/>
              </w:rPr>
              <w:t>上顎左</w:t>
            </w:r>
            <w:r>
              <w:rPr>
                <w:rFonts w:hint="eastAsia"/>
                <w:sz w:val="17"/>
                <w:lang w:eastAsia="zh-TW"/>
              </w:rPr>
              <w:t>側</w:t>
            </w:r>
            <w:r w:rsidRPr="006950EC">
              <w:rPr>
                <w:sz w:val="17"/>
                <w:lang w:eastAsia="zh-TW"/>
              </w:rPr>
              <w:t>第一、第二小臼齒</w:t>
            </w:r>
          </w:p>
        </w:tc>
        <w:tc>
          <w:tcPr>
            <w:tcW w:w="826" w:type="pct"/>
            <w:vAlign w:val="center"/>
          </w:tcPr>
          <w:p w14:paraId="48E3D8BF" w14:textId="6760C75E" w:rsidR="00304638" w:rsidRPr="006950EC" w:rsidRDefault="00304638" w:rsidP="00304638">
            <w:pPr>
              <w:spacing w:before="40" w:after="40" w:line="440" w:lineRule="exact"/>
              <w:jc w:val="center"/>
            </w:pPr>
            <w:r>
              <w:rPr>
                <w:sz w:val="17"/>
              </w:rPr>
              <w:t>2</w:t>
            </w:r>
          </w:p>
        </w:tc>
        <w:tc>
          <w:tcPr>
            <w:tcW w:w="832" w:type="pct"/>
            <w:vAlign w:val="center"/>
          </w:tcPr>
          <w:p w14:paraId="67FEEAC8" w14:textId="28FF490F" w:rsidR="00304638" w:rsidRPr="006950EC" w:rsidRDefault="00304638" w:rsidP="00304638">
            <w:pPr>
              <w:spacing w:before="40" w:after="40" w:line="440" w:lineRule="exact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22</w:t>
            </w:r>
          </w:p>
        </w:tc>
        <w:tc>
          <w:tcPr>
            <w:tcW w:w="811" w:type="pct"/>
            <w:vAlign w:val="center"/>
          </w:tcPr>
          <w:p w14:paraId="7CA6CD0A" w14:textId="2CACA531" w:rsidR="00304638" w:rsidRDefault="00304638" w:rsidP="00304638">
            <w:pPr>
              <w:spacing w:before="40" w:after="40" w:line="440" w:lineRule="exact"/>
              <w:jc w:val="center"/>
              <w:rPr>
                <w:rFonts w:hint="eastAsia"/>
                <w:lang w:eastAsia="zh-TW"/>
              </w:rPr>
            </w:pPr>
            <w:r w:rsidRPr="006950EC">
              <w:rPr>
                <w:sz w:val="17"/>
              </w:rPr>
              <w:t xml:space="preserve">□ </w:t>
            </w:r>
            <w:proofErr w:type="spellStart"/>
            <w:r w:rsidRPr="006950EC">
              <w:rPr>
                <w:sz w:val="17"/>
              </w:rPr>
              <w:t>完成</w:t>
            </w:r>
            <w:proofErr w:type="spellEnd"/>
            <w:r w:rsidRPr="006950EC">
              <w:rPr>
                <w:sz w:val="17"/>
              </w:rPr>
              <w:t xml:space="preserve"> □ </w:t>
            </w:r>
            <w:proofErr w:type="spellStart"/>
            <w:r w:rsidRPr="006950EC">
              <w:rPr>
                <w:sz w:val="17"/>
              </w:rPr>
              <w:t>待補</w:t>
            </w:r>
            <w:proofErr w:type="spellEnd"/>
          </w:p>
        </w:tc>
      </w:tr>
      <w:tr w:rsidR="00304638" w:rsidRPr="006950EC" w14:paraId="437E00B8" w14:textId="69C588FE" w:rsidTr="00304638">
        <w:trPr>
          <w:trHeight w:val="567"/>
          <w:jc w:val="center"/>
        </w:trPr>
        <w:tc>
          <w:tcPr>
            <w:tcW w:w="323" w:type="pct"/>
            <w:vAlign w:val="center"/>
          </w:tcPr>
          <w:p w14:paraId="5C80F347" w14:textId="77777777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</w:rPr>
            </w:pPr>
          </w:p>
        </w:tc>
        <w:tc>
          <w:tcPr>
            <w:tcW w:w="716" w:type="pct"/>
            <w:vAlign w:val="center"/>
          </w:tcPr>
          <w:p w14:paraId="5A01C155" w14:textId="3B7007E9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</w:rPr>
            </w:pPr>
            <w:r w:rsidRPr="006950EC">
              <w:rPr>
                <w:sz w:val="17"/>
              </w:rPr>
              <w:t>12/14–12/20</w:t>
            </w:r>
          </w:p>
        </w:tc>
        <w:tc>
          <w:tcPr>
            <w:tcW w:w="1492" w:type="pct"/>
            <w:vAlign w:val="center"/>
          </w:tcPr>
          <w:p w14:paraId="1062D238" w14:textId="06CD5298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  <w:lang w:eastAsia="zh-TW"/>
              </w:rPr>
            </w:pPr>
            <w:r>
              <w:rPr>
                <w:rFonts w:hint="eastAsia"/>
                <w:sz w:val="17"/>
                <w:lang w:eastAsia="zh-TW"/>
              </w:rPr>
              <w:t>下</w:t>
            </w:r>
            <w:r w:rsidRPr="006950EC">
              <w:rPr>
                <w:sz w:val="17"/>
                <w:lang w:eastAsia="zh-TW"/>
              </w:rPr>
              <w:t>顎左</w:t>
            </w:r>
            <w:r>
              <w:rPr>
                <w:rFonts w:hint="eastAsia"/>
                <w:sz w:val="17"/>
                <w:lang w:eastAsia="zh-TW"/>
              </w:rPr>
              <w:t>側</w:t>
            </w:r>
            <w:r w:rsidRPr="006950EC">
              <w:rPr>
                <w:sz w:val="17"/>
                <w:lang w:eastAsia="zh-TW"/>
              </w:rPr>
              <w:t>第一、第二小臼齒</w:t>
            </w:r>
          </w:p>
        </w:tc>
        <w:tc>
          <w:tcPr>
            <w:tcW w:w="826" w:type="pct"/>
            <w:vAlign w:val="center"/>
          </w:tcPr>
          <w:p w14:paraId="3A2756E1" w14:textId="0DE644D9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</w:rPr>
            </w:pPr>
            <w:r>
              <w:rPr>
                <w:rFonts w:hint="eastAsia"/>
                <w:sz w:val="17"/>
                <w:lang w:eastAsia="zh-TW"/>
              </w:rPr>
              <w:t>2</w:t>
            </w:r>
          </w:p>
        </w:tc>
        <w:tc>
          <w:tcPr>
            <w:tcW w:w="832" w:type="pct"/>
            <w:vAlign w:val="center"/>
          </w:tcPr>
          <w:p w14:paraId="123CD9D8" w14:textId="4D6B90E2" w:rsidR="00304638" w:rsidRPr="006950EC" w:rsidRDefault="00304638" w:rsidP="00304638">
            <w:pPr>
              <w:spacing w:before="40" w:after="40" w:line="440" w:lineRule="exact"/>
              <w:jc w:val="center"/>
              <w:rPr>
                <w:rFonts w:hint="eastAsia"/>
                <w:sz w:val="17"/>
                <w:lang w:eastAsia="zh-TW"/>
              </w:rPr>
            </w:pPr>
            <w:r>
              <w:rPr>
                <w:rFonts w:hint="eastAsia"/>
                <w:sz w:val="17"/>
                <w:lang w:eastAsia="zh-TW"/>
              </w:rPr>
              <w:t>24</w:t>
            </w:r>
          </w:p>
        </w:tc>
        <w:tc>
          <w:tcPr>
            <w:tcW w:w="811" w:type="pct"/>
            <w:vAlign w:val="center"/>
          </w:tcPr>
          <w:p w14:paraId="0C75C8AF" w14:textId="764A1467" w:rsidR="00304638" w:rsidRDefault="00304638" w:rsidP="00304638">
            <w:pPr>
              <w:spacing w:before="40" w:after="40" w:line="440" w:lineRule="exact"/>
              <w:jc w:val="center"/>
              <w:rPr>
                <w:rFonts w:hint="eastAsia"/>
                <w:sz w:val="17"/>
                <w:lang w:eastAsia="zh-TW"/>
              </w:rPr>
            </w:pPr>
            <w:r w:rsidRPr="006950EC">
              <w:rPr>
                <w:sz w:val="17"/>
              </w:rPr>
              <w:t xml:space="preserve">□ </w:t>
            </w:r>
            <w:proofErr w:type="spellStart"/>
            <w:r w:rsidRPr="006950EC">
              <w:rPr>
                <w:sz w:val="17"/>
              </w:rPr>
              <w:t>完成</w:t>
            </w:r>
            <w:proofErr w:type="spellEnd"/>
            <w:r w:rsidRPr="006950EC">
              <w:rPr>
                <w:sz w:val="17"/>
              </w:rPr>
              <w:t xml:space="preserve"> □ </w:t>
            </w:r>
            <w:proofErr w:type="spellStart"/>
            <w:r w:rsidRPr="006950EC">
              <w:rPr>
                <w:sz w:val="17"/>
              </w:rPr>
              <w:t>待補</w:t>
            </w:r>
            <w:proofErr w:type="spellEnd"/>
          </w:p>
        </w:tc>
      </w:tr>
      <w:tr w:rsidR="00304638" w:rsidRPr="006950EC" w14:paraId="31FADF9C" w14:textId="699FFC98" w:rsidTr="00304638">
        <w:trPr>
          <w:trHeight w:val="567"/>
          <w:jc w:val="center"/>
        </w:trPr>
        <w:tc>
          <w:tcPr>
            <w:tcW w:w="323" w:type="pct"/>
            <w:vAlign w:val="center"/>
          </w:tcPr>
          <w:p w14:paraId="1AC09C7A" w14:textId="77777777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</w:rPr>
            </w:pPr>
          </w:p>
        </w:tc>
        <w:tc>
          <w:tcPr>
            <w:tcW w:w="716" w:type="pct"/>
            <w:vAlign w:val="center"/>
          </w:tcPr>
          <w:p w14:paraId="6A3FC278" w14:textId="4608E41D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</w:rPr>
            </w:pPr>
            <w:r w:rsidRPr="006950EC">
              <w:rPr>
                <w:sz w:val="17"/>
              </w:rPr>
              <w:t>12/</w:t>
            </w:r>
            <w:r>
              <w:rPr>
                <w:sz w:val="17"/>
              </w:rPr>
              <w:t>21</w:t>
            </w:r>
            <w:r w:rsidRPr="006950EC">
              <w:rPr>
                <w:sz w:val="17"/>
              </w:rPr>
              <w:t>–12/2</w:t>
            </w:r>
            <w:r>
              <w:rPr>
                <w:sz w:val="17"/>
              </w:rPr>
              <w:t>7</w:t>
            </w:r>
          </w:p>
        </w:tc>
        <w:tc>
          <w:tcPr>
            <w:tcW w:w="1492" w:type="pct"/>
            <w:vAlign w:val="center"/>
          </w:tcPr>
          <w:p w14:paraId="2B1460BE" w14:textId="57B2BA69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  <w:lang w:eastAsia="zh-TW"/>
              </w:rPr>
            </w:pPr>
            <w:r w:rsidRPr="006950EC">
              <w:rPr>
                <w:sz w:val="17"/>
                <w:lang w:eastAsia="zh-TW"/>
              </w:rPr>
              <w:t>上顎</w:t>
            </w:r>
            <w:r>
              <w:rPr>
                <w:rFonts w:hint="eastAsia"/>
                <w:sz w:val="17"/>
                <w:lang w:eastAsia="zh-TW"/>
              </w:rPr>
              <w:t>右側</w:t>
            </w:r>
            <w:r w:rsidRPr="006950EC">
              <w:rPr>
                <w:sz w:val="17"/>
                <w:lang w:eastAsia="zh-TW"/>
              </w:rPr>
              <w:t>第一、第二小臼齒</w:t>
            </w:r>
          </w:p>
        </w:tc>
        <w:tc>
          <w:tcPr>
            <w:tcW w:w="826" w:type="pct"/>
            <w:vAlign w:val="center"/>
          </w:tcPr>
          <w:p w14:paraId="47D0291F" w14:textId="4B77B0C1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</w:rPr>
            </w:pPr>
            <w:r>
              <w:rPr>
                <w:rFonts w:hint="eastAsia"/>
                <w:sz w:val="17"/>
                <w:lang w:eastAsia="zh-TW"/>
              </w:rPr>
              <w:t>2</w:t>
            </w:r>
          </w:p>
        </w:tc>
        <w:tc>
          <w:tcPr>
            <w:tcW w:w="832" w:type="pct"/>
            <w:vAlign w:val="center"/>
          </w:tcPr>
          <w:p w14:paraId="17C66AC6" w14:textId="0CA47F66" w:rsidR="00304638" w:rsidRPr="006950EC" w:rsidRDefault="00304638" w:rsidP="00304638">
            <w:pPr>
              <w:spacing w:before="40" w:after="40" w:line="440" w:lineRule="exact"/>
              <w:jc w:val="center"/>
              <w:rPr>
                <w:rFonts w:hint="eastAsia"/>
                <w:sz w:val="17"/>
                <w:lang w:eastAsia="zh-TW"/>
              </w:rPr>
            </w:pPr>
            <w:r>
              <w:rPr>
                <w:rFonts w:hint="eastAsia"/>
                <w:sz w:val="17"/>
                <w:lang w:eastAsia="zh-TW"/>
              </w:rPr>
              <w:t>2</w:t>
            </w:r>
            <w:r>
              <w:rPr>
                <w:rFonts w:hint="eastAsia"/>
                <w:sz w:val="17"/>
                <w:lang w:eastAsia="zh-TW"/>
              </w:rPr>
              <w:t>6</w:t>
            </w:r>
          </w:p>
        </w:tc>
        <w:tc>
          <w:tcPr>
            <w:tcW w:w="811" w:type="pct"/>
            <w:vAlign w:val="center"/>
          </w:tcPr>
          <w:p w14:paraId="353DBCFD" w14:textId="12FD97D3" w:rsidR="00304638" w:rsidRDefault="00304638" w:rsidP="00304638">
            <w:pPr>
              <w:spacing w:before="40" w:after="40" w:line="440" w:lineRule="exact"/>
              <w:jc w:val="center"/>
              <w:rPr>
                <w:rFonts w:hint="eastAsia"/>
                <w:sz w:val="17"/>
                <w:lang w:eastAsia="zh-TW"/>
              </w:rPr>
            </w:pPr>
            <w:r w:rsidRPr="006950EC">
              <w:rPr>
                <w:sz w:val="17"/>
              </w:rPr>
              <w:t xml:space="preserve">□ </w:t>
            </w:r>
            <w:proofErr w:type="spellStart"/>
            <w:r w:rsidRPr="006950EC">
              <w:rPr>
                <w:sz w:val="17"/>
              </w:rPr>
              <w:t>完成</w:t>
            </w:r>
            <w:proofErr w:type="spellEnd"/>
            <w:r w:rsidRPr="006950EC">
              <w:rPr>
                <w:sz w:val="17"/>
              </w:rPr>
              <w:t xml:space="preserve"> □ </w:t>
            </w:r>
            <w:proofErr w:type="spellStart"/>
            <w:r w:rsidRPr="006950EC">
              <w:rPr>
                <w:sz w:val="17"/>
              </w:rPr>
              <w:t>待補</w:t>
            </w:r>
            <w:proofErr w:type="spellEnd"/>
          </w:p>
        </w:tc>
      </w:tr>
      <w:tr w:rsidR="00304638" w:rsidRPr="006950EC" w14:paraId="78E85D96" w14:textId="5524355B" w:rsidTr="00304638">
        <w:trPr>
          <w:trHeight w:val="567"/>
          <w:jc w:val="center"/>
        </w:trPr>
        <w:tc>
          <w:tcPr>
            <w:tcW w:w="323" w:type="pct"/>
            <w:vAlign w:val="center"/>
          </w:tcPr>
          <w:p w14:paraId="465F6B03" w14:textId="77777777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</w:rPr>
            </w:pPr>
          </w:p>
        </w:tc>
        <w:tc>
          <w:tcPr>
            <w:tcW w:w="716" w:type="pct"/>
            <w:vAlign w:val="center"/>
          </w:tcPr>
          <w:p w14:paraId="55992ACE" w14:textId="1E8F76BA" w:rsidR="00304638" w:rsidRPr="006950EC" w:rsidRDefault="00304638" w:rsidP="00304638">
            <w:pPr>
              <w:spacing w:before="40" w:after="40" w:line="440" w:lineRule="exact"/>
              <w:jc w:val="center"/>
              <w:rPr>
                <w:rFonts w:hint="eastAsia"/>
                <w:sz w:val="17"/>
                <w:lang w:eastAsia="zh-TW"/>
              </w:rPr>
            </w:pPr>
            <w:r>
              <w:rPr>
                <w:rFonts w:hint="eastAsia"/>
                <w:sz w:val="17"/>
                <w:lang w:eastAsia="zh-TW"/>
              </w:rPr>
              <w:t>1</w:t>
            </w:r>
            <w:r>
              <w:rPr>
                <w:sz w:val="17"/>
                <w:lang w:eastAsia="zh-TW"/>
              </w:rPr>
              <w:t>2/28-1/3</w:t>
            </w:r>
          </w:p>
        </w:tc>
        <w:tc>
          <w:tcPr>
            <w:tcW w:w="1492" w:type="pct"/>
            <w:vAlign w:val="center"/>
          </w:tcPr>
          <w:p w14:paraId="700C1413" w14:textId="1DC6BDCF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  <w:lang w:eastAsia="zh-TW"/>
              </w:rPr>
            </w:pPr>
            <w:r>
              <w:rPr>
                <w:rFonts w:hint="eastAsia"/>
                <w:sz w:val="17"/>
                <w:lang w:eastAsia="zh-TW"/>
              </w:rPr>
              <w:t>下</w:t>
            </w:r>
            <w:r w:rsidRPr="006950EC">
              <w:rPr>
                <w:sz w:val="17"/>
                <w:lang w:eastAsia="zh-TW"/>
              </w:rPr>
              <w:t>顎</w:t>
            </w:r>
            <w:r>
              <w:rPr>
                <w:rFonts w:hint="eastAsia"/>
                <w:sz w:val="17"/>
                <w:lang w:eastAsia="zh-TW"/>
              </w:rPr>
              <w:t>右側</w:t>
            </w:r>
            <w:r w:rsidRPr="006950EC">
              <w:rPr>
                <w:sz w:val="17"/>
                <w:lang w:eastAsia="zh-TW"/>
              </w:rPr>
              <w:t>第一、第二小臼齒</w:t>
            </w:r>
          </w:p>
        </w:tc>
        <w:tc>
          <w:tcPr>
            <w:tcW w:w="826" w:type="pct"/>
            <w:vAlign w:val="center"/>
          </w:tcPr>
          <w:p w14:paraId="1A6B04AE" w14:textId="19BA442C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</w:rPr>
            </w:pPr>
            <w:r>
              <w:rPr>
                <w:rFonts w:hint="eastAsia"/>
                <w:sz w:val="17"/>
                <w:lang w:eastAsia="zh-TW"/>
              </w:rPr>
              <w:t>2</w:t>
            </w:r>
          </w:p>
        </w:tc>
        <w:tc>
          <w:tcPr>
            <w:tcW w:w="832" w:type="pct"/>
            <w:vAlign w:val="center"/>
          </w:tcPr>
          <w:p w14:paraId="169F50B8" w14:textId="3D422332" w:rsidR="00304638" w:rsidRPr="006950EC" w:rsidRDefault="00304638" w:rsidP="00304638">
            <w:pPr>
              <w:spacing w:before="40" w:after="40" w:line="440" w:lineRule="exact"/>
              <w:jc w:val="center"/>
              <w:rPr>
                <w:rFonts w:hint="eastAsia"/>
                <w:sz w:val="17"/>
                <w:lang w:eastAsia="zh-TW"/>
              </w:rPr>
            </w:pPr>
            <w:r>
              <w:rPr>
                <w:rFonts w:hint="eastAsia"/>
                <w:sz w:val="17"/>
                <w:lang w:eastAsia="zh-TW"/>
              </w:rPr>
              <w:t>2</w:t>
            </w:r>
            <w:r>
              <w:rPr>
                <w:rFonts w:hint="eastAsia"/>
                <w:sz w:val="17"/>
                <w:lang w:eastAsia="zh-TW"/>
              </w:rPr>
              <w:t>8</w:t>
            </w:r>
          </w:p>
        </w:tc>
        <w:tc>
          <w:tcPr>
            <w:tcW w:w="811" w:type="pct"/>
            <w:vAlign w:val="center"/>
          </w:tcPr>
          <w:p w14:paraId="2AD9AA09" w14:textId="25B63C6A" w:rsidR="00304638" w:rsidRDefault="00304638" w:rsidP="00304638">
            <w:pPr>
              <w:spacing w:before="40" w:after="40" w:line="440" w:lineRule="exact"/>
              <w:jc w:val="center"/>
              <w:rPr>
                <w:rFonts w:hint="eastAsia"/>
                <w:sz w:val="17"/>
                <w:lang w:eastAsia="zh-TW"/>
              </w:rPr>
            </w:pPr>
            <w:r w:rsidRPr="006950EC">
              <w:rPr>
                <w:sz w:val="17"/>
              </w:rPr>
              <w:t xml:space="preserve">□ </w:t>
            </w:r>
            <w:proofErr w:type="spellStart"/>
            <w:r w:rsidRPr="006950EC">
              <w:rPr>
                <w:sz w:val="17"/>
              </w:rPr>
              <w:t>完成</w:t>
            </w:r>
            <w:proofErr w:type="spellEnd"/>
            <w:r w:rsidRPr="006950EC">
              <w:rPr>
                <w:sz w:val="17"/>
              </w:rPr>
              <w:t xml:space="preserve"> □ </w:t>
            </w:r>
            <w:proofErr w:type="spellStart"/>
            <w:r w:rsidRPr="006950EC">
              <w:rPr>
                <w:sz w:val="17"/>
              </w:rPr>
              <w:t>待補</w:t>
            </w:r>
            <w:proofErr w:type="spellEnd"/>
          </w:p>
        </w:tc>
      </w:tr>
    </w:tbl>
    <w:p w14:paraId="5DEB6672" w14:textId="77777777" w:rsidR="006950EC" w:rsidRPr="006950EC" w:rsidRDefault="006950EC">
      <w:pPr>
        <w:pStyle w:val="aa"/>
        <w:rPr>
          <w:rFonts w:ascii="微軟正黑體" w:eastAsia="微軟正黑體" w:hAnsi="微軟正黑體"/>
          <w:lang w:eastAsia="zh-TW"/>
        </w:rPr>
        <w:sectPr w:rsidR="006950EC" w:rsidRPr="006950EC" w:rsidSect="00034616">
          <w:pgSz w:w="12240" w:h="15840"/>
          <w:pgMar w:top="1008" w:right="1008" w:bottom="936" w:left="1008" w:header="720" w:footer="720" w:gutter="0"/>
          <w:cols w:space="720"/>
          <w:docGrid w:linePitch="360"/>
        </w:sectPr>
      </w:pPr>
    </w:p>
    <w:p w14:paraId="708EC1E9" w14:textId="76094D67" w:rsidR="00D604C7" w:rsidRPr="006950EC" w:rsidRDefault="00304638" w:rsidP="006950EC">
      <w:pPr>
        <w:pStyle w:val="aa"/>
        <w:jc w:val="center"/>
        <w:rPr>
          <w:rFonts w:ascii="微軟正黑體" w:eastAsia="微軟正黑體" w:hAnsi="微軟正黑體"/>
          <w:sz w:val="32"/>
          <w:szCs w:val="32"/>
          <w:lang w:eastAsia="zh-TW"/>
        </w:rPr>
      </w:pPr>
      <w:r w:rsidRPr="006950EC">
        <w:rPr>
          <w:rFonts w:ascii="微軟正黑體" w:eastAsia="微軟正黑體" w:hAnsi="微軟正黑體"/>
          <w:sz w:val="32"/>
          <w:szCs w:val="32"/>
          <w:lang w:eastAsia="zh-TW"/>
        </w:rPr>
        <w:lastRenderedPageBreak/>
        <w:t>自主練習紀錄與期末檢核</w:t>
      </w:r>
    </w:p>
    <w:p w14:paraId="2FB1F03F" w14:textId="71A4C5D1" w:rsidR="00D604C7" w:rsidRPr="006950EC" w:rsidRDefault="00304638" w:rsidP="00304638">
      <w:pPr>
        <w:pStyle w:val="1"/>
        <w:spacing w:line="44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lang w:eastAsia="zh-TW"/>
        </w:rPr>
        <w:t>三</w:t>
      </w:r>
      <w:r w:rsidRPr="006950EC">
        <w:rPr>
          <w:rFonts w:ascii="微軟正黑體" w:eastAsia="微軟正黑體" w:hAnsi="微軟正黑體"/>
        </w:rPr>
        <w:t>、</w:t>
      </w:r>
      <w:proofErr w:type="spellStart"/>
      <w:r w:rsidRPr="006950EC">
        <w:rPr>
          <w:rFonts w:ascii="微軟正黑體" w:eastAsia="微軟正黑體" w:hAnsi="微軟正黑體"/>
        </w:rPr>
        <w:t>進度</w:t>
      </w:r>
      <w:proofErr w:type="spellEnd"/>
      <w:r>
        <w:rPr>
          <w:rFonts w:ascii="微軟正黑體" w:eastAsia="微軟正黑體" w:hAnsi="微軟正黑體" w:hint="eastAsia"/>
          <w:lang w:eastAsia="zh-TW"/>
        </w:rPr>
        <w:t>追蹤</w:t>
      </w:r>
      <w:r w:rsidRPr="006950EC">
        <w:rPr>
          <w:rFonts w:ascii="微軟正黑體" w:eastAsia="微軟正黑體" w:hAnsi="微軟正黑體"/>
        </w:rPr>
        <w:t>表</w:t>
      </w:r>
    </w:p>
    <w:tbl>
      <w:tblPr>
        <w:tblStyle w:val="aff2"/>
        <w:tblW w:w="5000" w:type="pct"/>
        <w:jc w:val="center"/>
        <w:tblLook w:val="04A0" w:firstRow="1" w:lastRow="0" w:firstColumn="1" w:lastColumn="0" w:noHBand="0" w:noVBand="1"/>
      </w:tblPr>
      <w:tblGrid>
        <w:gridCol w:w="729"/>
        <w:gridCol w:w="1789"/>
        <w:gridCol w:w="6327"/>
        <w:gridCol w:w="1595"/>
      </w:tblGrid>
      <w:tr w:rsidR="00304638" w:rsidRPr="006950EC" w14:paraId="1B9A415F" w14:textId="5AA8F869" w:rsidTr="00304638">
        <w:trPr>
          <w:jc w:val="center"/>
        </w:trPr>
        <w:tc>
          <w:tcPr>
            <w:tcW w:w="349" w:type="pct"/>
            <w:shd w:val="clear" w:color="auto" w:fill="DDEAF0"/>
            <w:vAlign w:val="center"/>
          </w:tcPr>
          <w:p w14:paraId="585A6A3E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proofErr w:type="spellStart"/>
            <w:r w:rsidRPr="006950EC">
              <w:rPr>
                <w:b/>
                <w:sz w:val="17"/>
              </w:rPr>
              <w:t>週次</w:t>
            </w:r>
            <w:proofErr w:type="spellEnd"/>
          </w:p>
        </w:tc>
        <w:tc>
          <w:tcPr>
            <w:tcW w:w="857" w:type="pct"/>
            <w:shd w:val="clear" w:color="auto" w:fill="DDEAF0"/>
            <w:vAlign w:val="center"/>
          </w:tcPr>
          <w:p w14:paraId="1FAA9FB2" w14:textId="69EAB1F0" w:rsidR="00304638" w:rsidRPr="006950EC" w:rsidRDefault="00304638" w:rsidP="00304638">
            <w:pPr>
              <w:spacing w:before="40" w:after="40" w:line="440" w:lineRule="exact"/>
              <w:jc w:val="center"/>
            </w:pPr>
            <w:proofErr w:type="spellStart"/>
            <w:r w:rsidRPr="006950EC">
              <w:rPr>
                <w:b/>
                <w:sz w:val="17"/>
              </w:rPr>
              <w:t>實際完成牙位</w:t>
            </w:r>
            <w:proofErr w:type="spellEnd"/>
            <w:r>
              <w:rPr>
                <w:rFonts w:hint="eastAsia"/>
                <w:b/>
                <w:sz w:val="17"/>
                <w:lang w:eastAsia="zh-TW"/>
              </w:rPr>
              <w:t>/</w:t>
            </w:r>
            <w:proofErr w:type="spellStart"/>
            <w:r w:rsidRPr="006950EC">
              <w:rPr>
                <w:b/>
                <w:sz w:val="17"/>
              </w:rPr>
              <w:t>顆數</w:t>
            </w:r>
            <w:proofErr w:type="spellEnd"/>
          </w:p>
        </w:tc>
        <w:tc>
          <w:tcPr>
            <w:tcW w:w="3030" w:type="pct"/>
            <w:shd w:val="clear" w:color="auto" w:fill="DDEAF0"/>
            <w:vAlign w:val="center"/>
          </w:tcPr>
          <w:p w14:paraId="6FBD3AF7" w14:textId="6BB93F38" w:rsidR="00304638" w:rsidRPr="006950EC" w:rsidRDefault="00304638" w:rsidP="00304638">
            <w:pPr>
              <w:spacing w:before="40" w:after="40" w:line="440" w:lineRule="exact"/>
              <w:jc w:val="center"/>
              <w:rPr>
                <w:lang w:eastAsia="zh-TW"/>
              </w:rPr>
            </w:pPr>
            <w:r w:rsidRPr="006950EC">
              <w:rPr>
                <w:b/>
                <w:sz w:val="17"/>
                <w:lang w:eastAsia="zh-TW"/>
              </w:rPr>
              <w:t>主要問題與改善策略</w:t>
            </w:r>
          </w:p>
        </w:tc>
        <w:tc>
          <w:tcPr>
            <w:tcW w:w="764" w:type="pct"/>
            <w:shd w:val="clear" w:color="auto" w:fill="DDEAF0"/>
          </w:tcPr>
          <w:p w14:paraId="1F4EA991" w14:textId="6EAC2094" w:rsidR="00304638" w:rsidRPr="006950EC" w:rsidRDefault="00304638" w:rsidP="00304638">
            <w:pPr>
              <w:spacing w:before="40" w:after="40" w:line="440" w:lineRule="exact"/>
              <w:jc w:val="center"/>
              <w:rPr>
                <w:rFonts w:hint="eastAsia"/>
                <w:b/>
                <w:sz w:val="17"/>
                <w:lang w:eastAsia="zh-TW"/>
              </w:rPr>
            </w:pPr>
            <w:r>
              <w:rPr>
                <w:rFonts w:hint="eastAsia"/>
                <w:b/>
                <w:sz w:val="17"/>
                <w:lang w:eastAsia="zh-TW"/>
              </w:rPr>
              <w:t>指導學姊</w:t>
            </w:r>
          </w:p>
        </w:tc>
      </w:tr>
      <w:tr w:rsidR="00304638" w:rsidRPr="006950EC" w14:paraId="75C4F8E7" w14:textId="27CBD5DA" w:rsidTr="00304638">
        <w:trPr>
          <w:trHeight w:val="567"/>
          <w:jc w:val="center"/>
        </w:trPr>
        <w:tc>
          <w:tcPr>
            <w:tcW w:w="349" w:type="pct"/>
            <w:vAlign w:val="center"/>
          </w:tcPr>
          <w:p w14:paraId="07CAABC9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1</w:t>
            </w:r>
          </w:p>
        </w:tc>
        <w:tc>
          <w:tcPr>
            <w:tcW w:w="857" w:type="pct"/>
            <w:vAlign w:val="center"/>
          </w:tcPr>
          <w:p w14:paraId="052D026F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________________</w:t>
            </w:r>
          </w:p>
        </w:tc>
        <w:tc>
          <w:tcPr>
            <w:tcW w:w="3030" w:type="pct"/>
            <w:vAlign w:val="center"/>
          </w:tcPr>
          <w:p w14:paraId="2AC30995" w14:textId="03E7FE64" w:rsidR="00304638" w:rsidRPr="006950EC" w:rsidRDefault="00304638" w:rsidP="00304638">
            <w:pPr>
              <w:spacing w:before="40" w:after="40" w:line="440" w:lineRule="exact"/>
              <w:jc w:val="center"/>
            </w:pPr>
          </w:p>
        </w:tc>
        <w:tc>
          <w:tcPr>
            <w:tcW w:w="764" w:type="pct"/>
          </w:tcPr>
          <w:p w14:paraId="51D7CC2F" w14:textId="77777777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</w:rPr>
            </w:pPr>
          </w:p>
        </w:tc>
      </w:tr>
      <w:tr w:rsidR="00304638" w:rsidRPr="006950EC" w14:paraId="7687FBCE" w14:textId="5EC1058F" w:rsidTr="00304638">
        <w:trPr>
          <w:trHeight w:val="567"/>
          <w:jc w:val="center"/>
        </w:trPr>
        <w:tc>
          <w:tcPr>
            <w:tcW w:w="349" w:type="pct"/>
            <w:vAlign w:val="center"/>
          </w:tcPr>
          <w:p w14:paraId="208DB1C7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2</w:t>
            </w:r>
          </w:p>
        </w:tc>
        <w:tc>
          <w:tcPr>
            <w:tcW w:w="857" w:type="pct"/>
            <w:vAlign w:val="center"/>
          </w:tcPr>
          <w:p w14:paraId="76E9DC82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________________</w:t>
            </w:r>
          </w:p>
        </w:tc>
        <w:tc>
          <w:tcPr>
            <w:tcW w:w="3030" w:type="pct"/>
            <w:vAlign w:val="center"/>
          </w:tcPr>
          <w:p w14:paraId="04BD506E" w14:textId="761704F0" w:rsidR="00304638" w:rsidRPr="006950EC" w:rsidRDefault="00304638" w:rsidP="00304638">
            <w:pPr>
              <w:spacing w:before="40" w:after="40" w:line="440" w:lineRule="exact"/>
              <w:jc w:val="center"/>
            </w:pPr>
          </w:p>
        </w:tc>
        <w:tc>
          <w:tcPr>
            <w:tcW w:w="764" w:type="pct"/>
          </w:tcPr>
          <w:p w14:paraId="2DFF1AAA" w14:textId="77777777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</w:rPr>
            </w:pPr>
          </w:p>
        </w:tc>
      </w:tr>
      <w:tr w:rsidR="00304638" w:rsidRPr="006950EC" w14:paraId="12263AFB" w14:textId="2EAEABD3" w:rsidTr="00304638">
        <w:trPr>
          <w:trHeight w:val="567"/>
          <w:jc w:val="center"/>
        </w:trPr>
        <w:tc>
          <w:tcPr>
            <w:tcW w:w="349" w:type="pct"/>
            <w:vAlign w:val="center"/>
          </w:tcPr>
          <w:p w14:paraId="59D402A6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3</w:t>
            </w:r>
          </w:p>
        </w:tc>
        <w:tc>
          <w:tcPr>
            <w:tcW w:w="857" w:type="pct"/>
            <w:vAlign w:val="center"/>
          </w:tcPr>
          <w:p w14:paraId="35767B0A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________________</w:t>
            </w:r>
          </w:p>
        </w:tc>
        <w:tc>
          <w:tcPr>
            <w:tcW w:w="3030" w:type="pct"/>
            <w:vAlign w:val="center"/>
          </w:tcPr>
          <w:p w14:paraId="1D5AF538" w14:textId="6C255762" w:rsidR="00304638" w:rsidRPr="006950EC" w:rsidRDefault="00304638" w:rsidP="00304638">
            <w:pPr>
              <w:spacing w:before="40" w:after="40" w:line="440" w:lineRule="exact"/>
              <w:jc w:val="center"/>
            </w:pPr>
          </w:p>
        </w:tc>
        <w:tc>
          <w:tcPr>
            <w:tcW w:w="764" w:type="pct"/>
          </w:tcPr>
          <w:p w14:paraId="7E027CBD" w14:textId="77777777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</w:rPr>
            </w:pPr>
          </w:p>
        </w:tc>
      </w:tr>
      <w:tr w:rsidR="00304638" w:rsidRPr="006950EC" w14:paraId="1CC89D19" w14:textId="40785C9D" w:rsidTr="00304638">
        <w:trPr>
          <w:trHeight w:val="567"/>
          <w:jc w:val="center"/>
        </w:trPr>
        <w:tc>
          <w:tcPr>
            <w:tcW w:w="349" w:type="pct"/>
            <w:vAlign w:val="center"/>
          </w:tcPr>
          <w:p w14:paraId="5FB169DA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4</w:t>
            </w:r>
          </w:p>
        </w:tc>
        <w:tc>
          <w:tcPr>
            <w:tcW w:w="857" w:type="pct"/>
            <w:vAlign w:val="center"/>
          </w:tcPr>
          <w:p w14:paraId="3436B2A7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________________</w:t>
            </w:r>
          </w:p>
        </w:tc>
        <w:tc>
          <w:tcPr>
            <w:tcW w:w="3030" w:type="pct"/>
            <w:vAlign w:val="center"/>
          </w:tcPr>
          <w:p w14:paraId="31707E12" w14:textId="6F962F87" w:rsidR="00304638" w:rsidRPr="006950EC" w:rsidRDefault="00304638" w:rsidP="00304638">
            <w:pPr>
              <w:spacing w:before="40" w:after="40" w:line="440" w:lineRule="exact"/>
              <w:jc w:val="center"/>
            </w:pPr>
          </w:p>
        </w:tc>
        <w:tc>
          <w:tcPr>
            <w:tcW w:w="764" w:type="pct"/>
          </w:tcPr>
          <w:p w14:paraId="6485D9E9" w14:textId="77777777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</w:rPr>
            </w:pPr>
          </w:p>
        </w:tc>
      </w:tr>
      <w:tr w:rsidR="00304638" w:rsidRPr="006950EC" w14:paraId="09BF86EA" w14:textId="7E05A88A" w:rsidTr="00304638">
        <w:trPr>
          <w:trHeight w:val="567"/>
          <w:jc w:val="center"/>
        </w:trPr>
        <w:tc>
          <w:tcPr>
            <w:tcW w:w="349" w:type="pct"/>
            <w:vAlign w:val="center"/>
          </w:tcPr>
          <w:p w14:paraId="573F7E7B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5</w:t>
            </w:r>
          </w:p>
        </w:tc>
        <w:tc>
          <w:tcPr>
            <w:tcW w:w="857" w:type="pct"/>
            <w:vAlign w:val="center"/>
          </w:tcPr>
          <w:p w14:paraId="39E40994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________________</w:t>
            </w:r>
          </w:p>
        </w:tc>
        <w:tc>
          <w:tcPr>
            <w:tcW w:w="3030" w:type="pct"/>
            <w:vAlign w:val="center"/>
          </w:tcPr>
          <w:p w14:paraId="7C5044E2" w14:textId="6FAA41A8" w:rsidR="00304638" w:rsidRPr="006950EC" w:rsidRDefault="00304638" w:rsidP="00304638">
            <w:pPr>
              <w:spacing w:before="40" w:after="40" w:line="440" w:lineRule="exact"/>
              <w:jc w:val="center"/>
            </w:pPr>
          </w:p>
        </w:tc>
        <w:tc>
          <w:tcPr>
            <w:tcW w:w="764" w:type="pct"/>
          </w:tcPr>
          <w:p w14:paraId="3A1FC1BA" w14:textId="77777777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</w:rPr>
            </w:pPr>
          </w:p>
        </w:tc>
      </w:tr>
      <w:tr w:rsidR="00304638" w:rsidRPr="006950EC" w14:paraId="09C1FAF3" w14:textId="6F57BF54" w:rsidTr="00304638">
        <w:trPr>
          <w:trHeight w:val="567"/>
          <w:jc w:val="center"/>
        </w:trPr>
        <w:tc>
          <w:tcPr>
            <w:tcW w:w="349" w:type="pct"/>
            <w:vAlign w:val="center"/>
          </w:tcPr>
          <w:p w14:paraId="13A76D9E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6</w:t>
            </w:r>
          </w:p>
        </w:tc>
        <w:tc>
          <w:tcPr>
            <w:tcW w:w="857" w:type="pct"/>
            <w:vAlign w:val="center"/>
          </w:tcPr>
          <w:p w14:paraId="1924F921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________________</w:t>
            </w:r>
          </w:p>
        </w:tc>
        <w:tc>
          <w:tcPr>
            <w:tcW w:w="3030" w:type="pct"/>
            <w:vAlign w:val="center"/>
          </w:tcPr>
          <w:p w14:paraId="3A761957" w14:textId="71A5AE5C" w:rsidR="00304638" w:rsidRPr="006950EC" w:rsidRDefault="00304638" w:rsidP="00304638">
            <w:pPr>
              <w:spacing w:before="40" w:after="40" w:line="440" w:lineRule="exact"/>
              <w:jc w:val="center"/>
            </w:pPr>
          </w:p>
        </w:tc>
        <w:tc>
          <w:tcPr>
            <w:tcW w:w="764" w:type="pct"/>
          </w:tcPr>
          <w:p w14:paraId="1453F3A7" w14:textId="77777777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</w:rPr>
            </w:pPr>
          </w:p>
        </w:tc>
      </w:tr>
      <w:tr w:rsidR="00304638" w:rsidRPr="006950EC" w14:paraId="7C5FF051" w14:textId="73B70423" w:rsidTr="00304638">
        <w:trPr>
          <w:trHeight w:val="567"/>
          <w:jc w:val="center"/>
        </w:trPr>
        <w:tc>
          <w:tcPr>
            <w:tcW w:w="349" w:type="pct"/>
            <w:vAlign w:val="center"/>
          </w:tcPr>
          <w:p w14:paraId="71C504E1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7</w:t>
            </w:r>
          </w:p>
        </w:tc>
        <w:tc>
          <w:tcPr>
            <w:tcW w:w="857" w:type="pct"/>
            <w:vAlign w:val="center"/>
          </w:tcPr>
          <w:p w14:paraId="2E592C51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________________</w:t>
            </w:r>
          </w:p>
        </w:tc>
        <w:tc>
          <w:tcPr>
            <w:tcW w:w="3030" w:type="pct"/>
            <w:vAlign w:val="center"/>
          </w:tcPr>
          <w:p w14:paraId="2E05ED94" w14:textId="7C1EE1A6" w:rsidR="00304638" w:rsidRPr="006950EC" w:rsidRDefault="00304638" w:rsidP="00304638">
            <w:pPr>
              <w:spacing w:before="40" w:after="40" w:line="440" w:lineRule="exact"/>
              <w:jc w:val="center"/>
            </w:pPr>
          </w:p>
        </w:tc>
        <w:tc>
          <w:tcPr>
            <w:tcW w:w="764" w:type="pct"/>
          </w:tcPr>
          <w:p w14:paraId="4F26B4F1" w14:textId="77777777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</w:rPr>
            </w:pPr>
          </w:p>
        </w:tc>
      </w:tr>
      <w:tr w:rsidR="00304638" w:rsidRPr="006950EC" w14:paraId="40CC3C0E" w14:textId="1AF84FB4" w:rsidTr="00304638">
        <w:trPr>
          <w:trHeight w:val="567"/>
          <w:jc w:val="center"/>
        </w:trPr>
        <w:tc>
          <w:tcPr>
            <w:tcW w:w="349" w:type="pct"/>
            <w:vAlign w:val="center"/>
          </w:tcPr>
          <w:p w14:paraId="07935A4D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8</w:t>
            </w:r>
          </w:p>
        </w:tc>
        <w:tc>
          <w:tcPr>
            <w:tcW w:w="857" w:type="pct"/>
            <w:vAlign w:val="center"/>
          </w:tcPr>
          <w:p w14:paraId="3AFBEDA7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________________</w:t>
            </w:r>
          </w:p>
        </w:tc>
        <w:tc>
          <w:tcPr>
            <w:tcW w:w="3030" w:type="pct"/>
            <w:vAlign w:val="center"/>
          </w:tcPr>
          <w:p w14:paraId="6DD8E38D" w14:textId="47C3A29A" w:rsidR="00304638" w:rsidRPr="006950EC" w:rsidRDefault="00304638" w:rsidP="00304638">
            <w:pPr>
              <w:spacing w:before="40" w:after="40" w:line="440" w:lineRule="exact"/>
              <w:jc w:val="center"/>
            </w:pPr>
          </w:p>
        </w:tc>
        <w:tc>
          <w:tcPr>
            <w:tcW w:w="764" w:type="pct"/>
          </w:tcPr>
          <w:p w14:paraId="4316712D" w14:textId="77777777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</w:rPr>
            </w:pPr>
          </w:p>
        </w:tc>
      </w:tr>
      <w:tr w:rsidR="00304638" w:rsidRPr="006950EC" w14:paraId="32778566" w14:textId="4F009B72" w:rsidTr="00304638">
        <w:trPr>
          <w:trHeight w:val="567"/>
          <w:jc w:val="center"/>
        </w:trPr>
        <w:tc>
          <w:tcPr>
            <w:tcW w:w="349" w:type="pct"/>
            <w:vAlign w:val="center"/>
          </w:tcPr>
          <w:p w14:paraId="7628BF99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9</w:t>
            </w:r>
          </w:p>
        </w:tc>
        <w:tc>
          <w:tcPr>
            <w:tcW w:w="857" w:type="pct"/>
            <w:vAlign w:val="center"/>
          </w:tcPr>
          <w:p w14:paraId="144B3A9C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________________</w:t>
            </w:r>
          </w:p>
        </w:tc>
        <w:tc>
          <w:tcPr>
            <w:tcW w:w="3030" w:type="pct"/>
            <w:vAlign w:val="center"/>
          </w:tcPr>
          <w:p w14:paraId="2514270C" w14:textId="3741CD2E" w:rsidR="00304638" w:rsidRPr="006950EC" w:rsidRDefault="00304638" w:rsidP="00304638">
            <w:pPr>
              <w:spacing w:before="40" w:after="40" w:line="440" w:lineRule="exact"/>
              <w:jc w:val="center"/>
            </w:pPr>
          </w:p>
        </w:tc>
        <w:tc>
          <w:tcPr>
            <w:tcW w:w="764" w:type="pct"/>
          </w:tcPr>
          <w:p w14:paraId="655844EB" w14:textId="77777777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</w:rPr>
            </w:pPr>
          </w:p>
        </w:tc>
      </w:tr>
      <w:tr w:rsidR="00304638" w:rsidRPr="006950EC" w14:paraId="4A1923AD" w14:textId="0658E9C7" w:rsidTr="00304638">
        <w:trPr>
          <w:trHeight w:val="567"/>
          <w:jc w:val="center"/>
        </w:trPr>
        <w:tc>
          <w:tcPr>
            <w:tcW w:w="349" w:type="pct"/>
            <w:vAlign w:val="center"/>
          </w:tcPr>
          <w:p w14:paraId="2E456CC7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10</w:t>
            </w:r>
          </w:p>
        </w:tc>
        <w:tc>
          <w:tcPr>
            <w:tcW w:w="857" w:type="pct"/>
            <w:vAlign w:val="center"/>
          </w:tcPr>
          <w:p w14:paraId="386AD626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________________</w:t>
            </w:r>
          </w:p>
        </w:tc>
        <w:tc>
          <w:tcPr>
            <w:tcW w:w="3030" w:type="pct"/>
            <w:vAlign w:val="center"/>
          </w:tcPr>
          <w:p w14:paraId="75A6510F" w14:textId="72693261" w:rsidR="00304638" w:rsidRPr="006950EC" w:rsidRDefault="00304638" w:rsidP="00304638">
            <w:pPr>
              <w:spacing w:before="40" w:after="40" w:line="440" w:lineRule="exact"/>
              <w:jc w:val="center"/>
            </w:pPr>
          </w:p>
        </w:tc>
        <w:tc>
          <w:tcPr>
            <w:tcW w:w="764" w:type="pct"/>
          </w:tcPr>
          <w:p w14:paraId="1C0D3B2E" w14:textId="77777777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</w:rPr>
            </w:pPr>
          </w:p>
        </w:tc>
      </w:tr>
      <w:tr w:rsidR="00304638" w:rsidRPr="006950EC" w14:paraId="6044453C" w14:textId="42A41CEB" w:rsidTr="00304638">
        <w:trPr>
          <w:trHeight w:val="567"/>
          <w:jc w:val="center"/>
        </w:trPr>
        <w:tc>
          <w:tcPr>
            <w:tcW w:w="349" w:type="pct"/>
            <w:vAlign w:val="center"/>
          </w:tcPr>
          <w:p w14:paraId="417A77C5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11</w:t>
            </w:r>
          </w:p>
        </w:tc>
        <w:tc>
          <w:tcPr>
            <w:tcW w:w="857" w:type="pct"/>
            <w:vAlign w:val="center"/>
          </w:tcPr>
          <w:p w14:paraId="125184D4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________________</w:t>
            </w:r>
          </w:p>
        </w:tc>
        <w:tc>
          <w:tcPr>
            <w:tcW w:w="3030" w:type="pct"/>
            <w:vAlign w:val="center"/>
          </w:tcPr>
          <w:p w14:paraId="5C617EB3" w14:textId="48BE96D1" w:rsidR="00304638" w:rsidRPr="006950EC" w:rsidRDefault="00304638" w:rsidP="00304638">
            <w:pPr>
              <w:spacing w:before="40" w:after="40" w:line="440" w:lineRule="exact"/>
              <w:jc w:val="center"/>
            </w:pPr>
          </w:p>
        </w:tc>
        <w:tc>
          <w:tcPr>
            <w:tcW w:w="764" w:type="pct"/>
          </w:tcPr>
          <w:p w14:paraId="2CF6289B" w14:textId="77777777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</w:rPr>
            </w:pPr>
          </w:p>
        </w:tc>
      </w:tr>
      <w:tr w:rsidR="00304638" w:rsidRPr="006950EC" w14:paraId="2B4A1A0F" w14:textId="7A8095DA" w:rsidTr="00304638">
        <w:trPr>
          <w:trHeight w:val="567"/>
          <w:jc w:val="center"/>
        </w:trPr>
        <w:tc>
          <w:tcPr>
            <w:tcW w:w="349" w:type="pct"/>
            <w:vAlign w:val="center"/>
          </w:tcPr>
          <w:p w14:paraId="3620EB56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12</w:t>
            </w:r>
          </w:p>
        </w:tc>
        <w:tc>
          <w:tcPr>
            <w:tcW w:w="857" w:type="pct"/>
            <w:vAlign w:val="center"/>
          </w:tcPr>
          <w:p w14:paraId="27F1023C" w14:textId="77777777" w:rsidR="00304638" w:rsidRPr="006950EC" w:rsidRDefault="00304638" w:rsidP="00304638">
            <w:pPr>
              <w:spacing w:before="40" w:after="40" w:line="440" w:lineRule="exact"/>
              <w:jc w:val="center"/>
            </w:pPr>
            <w:r w:rsidRPr="006950EC">
              <w:rPr>
                <w:sz w:val="17"/>
              </w:rPr>
              <w:t>________________</w:t>
            </w:r>
          </w:p>
        </w:tc>
        <w:tc>
          <w:tcPr>
            <w:tcW w:w="3030" w:type="pct"/>
            <w:vAlign w:val="center"/>
          </w:tcPr>
          <w:p w14:paraId="63EF6FEB" w14:textId="52ACB933" w:rsidR="00304638" w:rsidRPr="006950EC" w:rsidRDefault="00304638" w:rsidP="00304638">
            <w:pPr>
              <w:spacing w:before="40" w:after="40" w:line="440" w:lineRule="exact"/>
              <w:jc w:val="center"/>
            </w:pPr>
          </w:p>
        </w:tc>
        <w:tc>
          <w:tcPr>
            <w:tcW w:w="764" w:type="pct"/>
          </w:tcPr>
          <w:p w14:paraId="3201BA57" w14:textId="77777777" w:rsidR="00304638" w:rsidRPr="006950EC" w:rsidRDefault="00304638" w:rsidP="00304638">
            <w:pPr>
              <w:spacing w:before="40" w:after="40" w:line="440" w:lineRule="exact"/>
              <w:jc w:val="center"/>
              <w:rPr>
                <w:sz w:val="17"/>
              </w:rPr>
            </w:pPr>
          </w:p>
        </w:tc>
      </w:tr>
    </w:tbl>
    <w:p w14:paraId="3ABFDAF5" w14:textId="77777777" w:rsidR="00304638" w:rsidRDefault="00304638" w:rsidP="00304638">
      <w:pPr>
        <w:rPr>
          <w:lang w:eastAsia="zh-TW"/>
        </w:rPr>
      </w:pPr>
    </w:p>
    <w:p w14:paraId="3E5C35D2" w14:textId="575A3569" w:rsidR="00D604C7" w:rsidRPr="00304638" w:rsidRDefault="00304638" w:rsidP="00304638">
      <w:pPr>
        <w:pStyle w:val="1"/>
        <w:spacing w:before="0" w:line="440" w:lineRule="exact"/>
        <w:rPr>
          <w:rFonts w:ascii="微軟正黑體" w:eastAsia="微軟正黑體" w:hAnsi="微軟正黑體"/>
          <w:lang w:eastAsia="zh-TW"/>
        </w:rPr>
      </w:pPr>
      <w:r w:rsidRPr="00304638">
        <w:rPr>
          <w:rFonts w:ascii="微軟正黑體" w:eastAsia="微軟正黑體" w:hAnsi="微軟正黑體" w:hint="eastAsia"/>
          <w:lang w:eastAsia="zh-TW"/>
        </w:rPr>
        <w:t>四</w:t>
      </w:r>
      <w:r w:rsidRPr="00304638">
        <w:rPr>
          <w:rFonts w:ascii="微軟正黑體" w:eastAsia="微軟正黑體" w:hAnsi="微軟正黑體"/>
          <w:lang w:eastAsia="zh-TW"/>
        </w:rPr>
        <w:t>、</w:t>
      </w:r>
      <w:r w:rsidRPr="00304638">
        <w:rPr>
          <w:rFonts w:ascii="微軟正黑體" w:eastAsia="微軟正黑體" w:hAnsi="微軟正黑體"/>
          <w:lang w:eastAsia="zh-TW"/>
        </w:rPr>
        <w:t>12</w:t>
      </w:r>
      <w:r w:rsidRPr="00304638">
        <w:rPr>
          <w:rFonts w:ascii="微軟正黑體" w:eastAsia="微軟正黑體" w:hAnsi="微軟正黑體"/>
          <w:lang w:eastAsia="zh-TW"/>
        </w:rPr>
        <w:t>月底成果檢核</w:t>
      </w:r>
    </w:p>
    <w:p w14:paraId="72898BA2" w14:textId="77777777" w:rsidR="00D604C7" w:rsidRPr="00304638" w:rsidRDefault="00304638" w:rsidP="00304638">
      <w:pPr>
        <w:spacing w:after="0" w:line="440" w:lineRule="exact"/>
        <w:rPr>
          <w:lang w:eastAsia="zh-TW"/>
        </w:rPr>
      </w:pPr>
      <w:r w:rsidRPr="00304638">
        <w:rPr>
          <w:lang w:eastAsia="zh-TW"/>
        </w:rPr>
        <w:t>□ 28</w:t>
      </w:r>
      <w:r w:rsidRPr="00304638">
        <w:rPr>
          <w:lang w:eastAsia="zh-TW"/>
        </w:rPr>
        <w:t>顆指定牙位全部完成</w:t>
      </w:r>
    </w:p>
    <w:p w14:paraId="4F306685" w14:textId="77777777" w:rsidR="00D604C7" w:rsidRPr="00304638" w:rsidRDefault="00304638" w:rsidP="00304638">
      <w:pPr>
        <w:spacing w:after="0" w:line="440" w:lineRule="exact"/>
        <w:rPr>
          <w:lang w:eastAsia="zh-TW"/>
        </w:rPr>
      </w:pPr>
      <w:r w:rsidRPr="00304638">
        <w:rPr>
          <w:lang w:eastAsia="zh-TW"/>
        </w:rPr>
        <w:t xml:space="preserve">□ </w:t>
      </w:r>
      <w:r w:rsidRPr="00304638">
        <w:rPr>
          <w:lang w:eastAsia="zh-TW"/>
        </w:rPr>
        <w:t>已整理最需要加強的</w:t>
      </w:r>
      <w:r w:rsidRPr="00304638">
        <w:rPr>
          <w:lang w:eastAsia="zh-TW"/>
        </w:rPr>
        <w:t>3</w:t>
      </w:r>
      <w:r w:rsidRPr="00304638">
        <w:rPr>
          <w:lang w:eastAsia="zh-TW"/>
        </w:rPr>
        <w:t>個牙位與改善方式</w:t>
      </w:r>
    </w:p>
    <w:p w14:paraId="0ED9E452" w14:textId="77777777" w:rsidR="00D604C7" w:rsidRPr="00304638" w:rsidRDefault="00304638" w:rsidP="00304638">
      <w:pPr>
        <w:spacing w:after="0" w:line="440" w:lineRule="exact"/>
        <w:rPr>
          <w:lang w:eastAsia="zh-TW"/>
        </w:rPr>
      </w:pPr>
      <w:r w:rsidRPr="00304638">
        <w:rPr>
          <w:lang w:eastAsia="zh-TW"/>
        </w:rPr>
        <w:t>自我反思：這段期間最明顯的進步是</w:t>
      </w:r>
      <w:r w:rsidRPr="00304638">
        <w:rPr>
          <w:lang w:eastAsia="zh-TW"/>
        </w:rPr>
        <w:t>_______________________________________________</w:t>
      </w:r>
    </w:p>
    <w:p w14:paraId="5818D5C2" w14:textId="788ABDDC" w:rsidR="00D604C7" w:rsidRPr="00304638" w:rsidRDefault="00304638" w:rsidP="00304638">
      <w:pPr>
        <w:spacing w:after="0" w:line="440" w:lineRule="exact"/>
        <w:rPr>
          <w:lang w:eastAsia="zh-TW"/>
        </w:rPr>
      </w:pPr>
      <w:r w:rsidRPr="00304638">
        <w:rPr>
          <w:lang w:eastAsia="zh-TW"/>
        </w:rPr>
        <w:t>接下來最需要加強的是</w:t>
      </w:r>
      <w:r w:rsidRPr="00304638">
        <w:rPr>
          <w:lang w:eastAsia="zh-TW"/>
        </w:rPr>
        <w:t>_________________________________________________________</w:t>
      </w:r>
      <w:r w:rsidRPr="00304638">
        <w:rPr>
          <w:rFonts w:hint="eastAsia"/>
          <w:lang w:eastAsia="zh-TW"/>
        </w:rPr>
        <w:t xml:space="preserve">  </w:t>
      </w:r>
    </w:p>
    <w:sectPr w:rsidR="00D604C7" w:rsidRPr="00304638" w:rsidSect="00034616">
      <w:pgSz w:w="12240" w:h="15840"/>
      <w:pgMar w:top="1008" w:right="1008" w:bottom="936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04638"/>
    <w:rsid w:val="00326F90"/>
    <w:rsid w:val="006950EC"/>
    <w:rsid w:val="00AA1D8D"/>
    <w:rsid w:val="00B41BF8"/>
    <w:rsid w:val="00B47730"/>
    <w:rsid w:val="00CB0664"/>
    <w:rsid w:val="00D604C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0CE0B5"/>
  <w14:defaultImageDpi w14:val="300"/>
  <w15:docId w15:val="{14F5733F-86EB-451B-A807-6D731177E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微軟正黑體" w:eastAsia="微軟正黑體" w:hAnsi="微軟正黑體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8445D"/>
      <w:sz w:val="2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8445D"/>
      <w:spacing w:val="5"/>
      <w:kern w:val="28"/>
      <w:sz w:val="34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dcterms:created xsi:type="dcterms:W3CDTF">2013-12-23T23:15:00Z</dcterms:created>
  <dcterms:modified xsi:type="dcterms:W3CDTF">2026-10-12T05:54:00Z</dcterms:modified>
  <cp:category/>
</cp:coreProperties>
</file>